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BED" w:rsidRPr="00EE0BED" w:rsidRDefault="00EE0BED" w:rsidP="00EE0BED">
      <w:pPr>
        <w:pStyle w:val="CONTENT"/>
        <w:rPr>
          <w:lang w:val="ru-RU"/>
        </w:rPr>
      </w:pPr>
      <w:r w:rsidRPr="00EE0BED">
        <w:rPr>
          <w:lang w:val="ru-RU"/>
        </w:rPr>
        <w:t>Индивидуальный проект.</w:t>
      </w:r>
    </w:p>
    <w:p w:rsidR="00EE0BED" w:rsidRPr="00EE0BED" w:rsidRDefault="00EE0BED" w:rsidP="00EE0BED">
      <w:pPr>
        <w:pStyle w:val="CONTENT"/>
        <w:rPr>
          <w:lang w:val="ru-RU"/>
        </w:rPr>
      </w:pPr>
      <w:r w:rsidRPr="00EE0BED">
        <w:rPr>
          <w:lang w:val="ru-RU"/>
        </w:rPr>
        <w:t>Тема работы: «Правовое регул</w:t>
      </w:r>
      <w:r>
        <w:rPr>
          <w:lang w:val="ru-RU"/>
        </w:rPr>
        <w:t>ирование интернет-преступлений»</w:t>
      </w:r>
    </w:p>
    <w:p w:rsidR="00EE0BED" w:rsidRPr="00EE0BED" w:rsidRDefault="00EE0BED" w:rsidP="00EE0BED">
      <w:pPr>
        <w:pStyle w:val="CONTENT"/>
        <w:rPr>
          <w:lang w:val="ru-RU"/>
        </w:rPr>
      </w:pPr>
      <w:r w:rsidRPr="00EE0BED">
        <w:rPr>
          <w:lang w:val="ru-RU"/>
        </w:rPr>
        <w:t>Предмет: Право</w:t>
      </w:r>
    </w:p>
    <w:p w:rsidR="00EE0BED" w:rsidRPr="00EE0BED" w:rsidRDefault="00EE0BED" w:rsidP="00EE0BED">
      <w:pPr>
        <w:pStyle w:val="CONTENT"/>
        <w:rPr>
          <w:lang w:val="ru-RU"/>
        </w:rPr>
      </w:pPr>
      <w:r w:rsidRPr="00EE0BED">
        <w:rPr>
          <w:lang w:val="ru-RU"/>
        </w:rPr>
        <w:t xml:space="preserve"> </w:t>
      </w:r>
    </w:p>
    <w:p w:rsidR="00EE0BED" w:rsidRPr="00EE0BED" w:rsidRDefault="00EE0BED" w:rsidP="00EE0BED">
      <w:pPr>
        <w:pStyle w:val="CONTENT"/>
        <w:rPr>
          <w:lang w:val="ru-RU"/>
        </w:rPr>
      </w:pPr>
      <w:r w:rsidRPr="00EE0BED">
        <w:rPr>
          <w:lang w:val="ru-RU"/>
        </w:rPr>
        <w:t xml:space="preserve"> </w:t>
      </w:r>
    </w:p>
    <w:p w:rsidR="00EE0BED" w:rsidRDefault="00EE0BED" w:rsidP="00EE0BED">
      <w:pPr>
        <w:pStyle w:val="CONTENT"/>
        <w:rPr>
          <w:lang w:val="ru-RU"/>
        </w:rPr>
      </w:pPr>
      <w:r w:rsidRPr="00EE0BED">
        <w:rPr>
          <w:lang w:val="ru-RU"/>
        </w:rPr>
        <w:t xml:space="preserve"> </w:t>
      </w:r>
    </w:p>
    <w:p w:rsidR="00EE0BED" w:rsidRDefault="00EE0BED" w:rsidP="00EE0BED">
      <w:pPr>
        <w:pStyle w:val="CONTENT"/>
        <w:rPr>
          <w:lang w:val="ru-RU"/>
        </w:rPr>
      </w:pPr>
    </w:p>
    <w:p w:rsidR="00EE0BED" w:rsidRDefault="00EE0BED" w:rsidP="00EE0BED">
      <w:pPr>
        <w:pStyle w:val="CONTENT"/>
        <w:rPr>
          <w:lang w:val="ru-RU"/>
        </w:rPr>
      </w:pPr>
    </w:p>
    <w:p w:rsidR="00EE0BED" w:rsidRDefault="00EE0BED" w:rsidP="00EE0BED">
      <w:pPr>
        <w:pStyle w:val="CONTENT"/>
        <w:rPr>
          <w:lang w:val="ru-RU"/>
        </w:rPr>
      </w:pPr>
    </w:p>
    <w:p w:rsidR="00EE0BED" w:rsidRDefault="00EE0BED" w:rsidP="00EE0BED">
      <w:pPr>
        <w:pStyle w:val="CONTENT"/>
        <w:rPr>
          <w:lang w:val="ru-RU"/>
        </w:rPr>
      </w:pPr>
    </w:p>
    <w:p w:rsidR="00EE0BED" w:rsidRDefault="00EE0BED" w:rsidP="00EE0BED">
      <w:pPr>
        <w:pStyle w:val="CONTENT"/>
        <w:rPr>
          <w:lang w:val="ru-RU"/>
        </w:rPr>
      </w:pPr>
    </w:p>
    <w:p w:rsidR="00EE0BED" w:rsidRPr="00EE0BED" w:rsidRDefault="00EE0BED" w:rsidP="00EE0BED">
      <w:pPr>
        <w:pStyle w:val="CONTENT"/>
        <w:rPr>
          <w:lang w:val="ru-RU"/>
        </w:rPr>
      </w:pPr>
    </w:p>
    <w:p w:rsidR="00EE0BED" w:rsidRPr="00EE0BED" w:rsidRDefault="00EE0BED" w:rsidP="00EE0BED">
      <w:pPr>
        <w:pStyle w:val="CONTENT"/>
        <w:jc w:val="right"/>
        <w:rPr>
          <w:lang w:val="ru-RU"/>
        </w:rPr>
      </w:pPr>
      <w:r w:rsidRPr="00EE0BED">
        <w:rPr>
          <w:lang w:val="ru-RU"/>
        </w:rPr>
        <w:t>Выполнил:</w:t>
      </w:r>
    </w:p>
    <w:p w:rsidR="00EE0BED" w:rsidRPr="00EE0BED" w:rsidRDefault="00EE0BED" w:rsidP="00EE0BED">
      <w:pPr>
        <w:pStyle w:val="CONTENT"/>
        <w:jc w:val="right"/>
        <w:rPr>
          <w:lang w:val="ru-RU"/>
        </w:rPr>
      </w:pPr>
      <w:r w:rsidRPr="00EE0BED">
        <w:rPr>
          <w:lang w:val="ru-RU"/>
        </w:rPr>
        <w:t>ученика 10 «Б» класса</w:t>
      </w:r>
    </w:p>
    <w:p w:rsidR="00EE0BED" w:rsidRPr="00EE0BED" w:rsidRDefault="00EE0BED" w:rsidP="00EE0BED">
      <w:pPr>
        <w:pStyle w:val="CONTENT"/>
        <w:jc w:val="right"/>
        <w:rPr>
          <w:lang w:val="ru-RU"/>
        </w:rPr>
      </w:pPr>
      <w:r w:rsidRPr="00EE0BED">
        <w:rPr>
          <w:lang w:val="ru-RU"/>
        </w:rPr>
        <w:t>Богаев Эльдар Эдниевич</w:t>
      </w:r>
    </w:p>
    <w:p w:rsidR="00EE0BED" w:rsidRPr="00EE0BED" w:rsidRDefault="00EE0BED" w:rsidP="00EE0BED">
      <w:pPr>
        <w:pStyle w:val="CONTENT"/>
        <w:jc w:val="right"/>
        <w:rPr>
          <w:lang w:val="ru-RU"/>
        </w:rPr>
      </w:pPr>
      <w:r w:rsidRPr="00EE0BED">
        <w:rPr>
          <w:lang w:val="ru-RU"/>
        </w:rPr>
        <w:t xml:space="preserve">  </w:t>
      </w:r>
    </w:p>
    <w:p w:rsidR="00EE0BED" w:rsidRPr="00EE0BED" w:rsidRDefault="00EE0BED" w:rsidP="00EE0BED">
      <w:pPr>
        <w:pStyle w:val="CONTENT"/>
        <w:jc w:val="right"/>
        <w:rPr>
          <w:lang w:val="ru-RU"/>
        </w:rPr>
      </w:pPr>
      <w:r w:rsidRPr="00EE0BED">
        <w:rPr>
          <w:lang w:val="ru-RU"/>
        </w:rPr>
        <w:t>Руководитель:</w:t>
      </w:r>
    </w:p>
    <w:p w:rsidR="00EE0BED" w:rsidRPr="00EE0BED" w:rsidRDefault="00EE0BED" w:rsidP="00EE0BED">
      <w:pPr>
        <w:pStyle w:val="CONTENT"/>
        <w:jc w:val="right"/>
        <w:rPr>
          <w:lang w:val="ru-RU"/>
        </w:rPr>
      </w:pPr>
      <w:r w:rsidRPr="00EE0BED">
        <w:rPr>
          <w:lang w:val="ru-RU"/>
        </w:rPr>
        <w:t xml:space="preserve">учитель истории </w:t>
      </w:r>
    </w:p>
    <w:p w:rsidR="00EE0BED" w:rsidRPr="00EE0BED" w:rsidRDefault="00EE0BED" w:rsidP="00EE0BED">
      <w:pPr>
        <w:pStyle w:val="CONTENT"/>
        <w:jc w:val="right"/>
        <w:rPr>
          <w:lang w:val="ru-RU"/>
        </w:rPr>
      </w:pPr>
      <w:r w:rsidRPr="00EE0BED">
        <w:rPr>
          <w:lang w:val="ru-RU"/>
        </w:rPr>
        <w:t xml:space="preserve">Нуркаева Галина Сергеевна </w:t>
      </w:r>
    </w:p>
    <w:p w:rsidR="00EE0BED" w:rsidRPr="00EE0BED" w:rsidRDefault="00EE0BED" w:rsidP="00EE0BED">
      <w:pPr>
        <w:pStyle w:val="CONTENT"/>
        <w:rPr>
          <w:lang w:val="ru-RU"/>
        </w:rPr>
      </w:pPr>
      <w:r w:rsidRPr="00EE0BED">
        <w:rPr>
          <w:lang w:val="ru-RU"/>
        </w:rPr>
        <w:t xml:space="preserve">  </w:t>
      </w:r>
    </w:p>
    <w:p w:rsidR="000B04B6" w:rsidRPr="00EE0BED" w:rsidRDefault="00C6295A">
      <w:pPr>
        <w:pStyle w:val="CONTENT"/>
        <w:rPr>
          <w:lang w:val="ru-RU"/>
        </w:rPr>
      </w:pPr>
      <w:r w:rsidRPr="00EE0BED">
        <w:rPr>
          <w:lang w:val="ru-RU"/>
        </w:rPr>
        <w:lastRenderedPageBreak/>
        <w:t>СОДЕРЖАНИЕ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ВВЕДЕНИЕ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ОСНОВНАЯ ЧАСТЬ</w:t>
      </w:r>
    </w:p>
    <w:p w:rsidR="000B04B6" w:rsidRPr="00EE0BED" w:rsidRDefault="00C6295A">
      <w:pPr>
        <w:pStyle w:val="Normal2"/>
        <w:ind w:left="709"/>
        <w:rPr>
          <w:lang w:val="ru-RU"/>
        </w:rPr>
      </w:pPr>
      <w:r w:rsidRPr="00EE0BED">
        <w:rPr>
          <w:lang w:val="ru-RU"/>
        </w:rPr>
        <w:t>1. Текущие аспекты правового регулирования интернет-преступлений</w:t>
      </w:r>
    </w:p>
    <w:p w:rsidR="000B04B6" w:rsidRPr="00EE0BED" w:rsidRDefault="00C6295A">
      <w:pPr>
        <w:pStyle w:val="Normal2"/>
        <w:ind w:left="1417"/>
        <w:rPr>
          <w:lang w:val="ru-RU"/>
        </w:rPr>
      </w:pPr>
      <w:r w:rsidRPr="00EE0BED">
        <w:rPr>
          <w:lang w:val="ru-RU"/>
        </w:rPr>
        <w:t xml:space="preserve">1.1 Обзор существующих законов и нормативных актов в сфере </w:t>
      </w:r>
      <w:r w:rsidRPr="00EE0BED">
        <w:rPr>
          <w:lang w:val="ru-RU"/>
        </w:rPr>
        <w:t>интернет-преступлений.</w:t>
      </w:r>
    </w:p>
    <w:p w:rsidR="000B04B6" w:rsidRPr="00EE0BED" w:rsidRDefault="00C6295A">
      <w:pPr>
        <w:pStyle w:val="Normal2"/>
        <w:ind w:left="1417"/>
        <w:rPr>
          <w:lang w:val="ru-RU"/>
        </w:rPr>
      </w:pPr>
      <w:r w:rsidRPr="00EE0BED">
        <w:rPr>
          <w:lang w:val="ru-RU"/>
        </w:rPr>
        <w:t>1.2 Анализ международных соглашений и их влияние на национальное законодательство.</w:t>
      </w:r>
    </w:p>
    <w:p w:rsidR="000B04B6" w:rsidRPr="00EE0BED" w:rsidRDefault="00C6295A">
      <w:pPr>
        <w:pStyle w:val="Normal2"/>
        <w:ind w:left="1417"/>
        <w:rPr>
          <w:lang w:val="ru-RU"/>
        </w:rPr>
      </w:pPr>
      <w:r w:rsidRPr="00EE0BED">
        <w:rPr>
          <w:lang w:val="ru-RU"/>
        </w:rPr>
        <w:t>1.3 Проблемы и недостатки в применении правовых норм.</w:t>
      </w:r>
    </w:p>
    <w:p w:rsidR="000B04B6" w:rsidRPr="00EE0BED" w:rsidRDefault="00C6295A">
      <w:pPr>
        <w:pStyle w:val="Normal2"/>
        <w:ind w:left="709"/>
        <w:rPr>
          <w:lang w:val="ru-RU"/>
        </w:rPr>
      </w:pPr>
      <w:r w:rsidRPr="00EE0BED">
        <w:rPr>
          <w:lang w:val="ru-RU"/>
        </w:rPr>
        <w:t>2. Методология анализа эффективности правового регулирования</w:t>
      </w:r>
    </w:p>
    <w:p w:rsidR="000B04B6" w:rsidRPr="00EE0BED" w:rsidRDefault="00C6295A">
      <w:pPr>
        <w:pStyle w:val="Normal2"/>
        <w:ind w:left="1417"/>
        <w:rPr>
          <w:lang w:val="ru-RU"/>
        </w:rPr>
      </w:pPr>
      <w:r w:rsidRPr="00EE0BED">
        <w:rPr>
          <w:lang w:val="ru-RU"/>
        </w:rPr>
        <w:t>2.1 Сравнительный анализ правовых н</w:t>
      </w:r>
      <w:r w:rsidRPr="00EE0BED">
        <w:rPr>
          <w:lang w:val="ru-RU"/>
        </w:rPr>
        <w:t>орм и статистическое исследование.</w:t>
      </w:r>
    </w:p>
    <w:p w:rsidR="000B04B6" w:rsidRPr="00EE0BED" w:rsidRDefault="00C6295A">
      <w:pPr>
        <w:pStyle w:val="Normal2"/>
        <w:ind w:left="1417"/>
        <w:rPr>
          <w:lang w:val="ru-RU"/>
        </w:rPr>
      </w:pPr>
      <w:r w:rsidRPr="00EE0BED">
        <w:rPr>
          <w:lang w:val="ru-RU"/>
        </w:rPr>
        <w:t>2.2 Сбор и анализ литературных источников по практике применения законодательства.</w:t>
      </w:r>
    </w:p>
    <w:p w:rsidR="000B04B6" w:rsidRPr="00EE0BED" w:rsidRDefault="00C6295A">
      <w:pPr>
        <w:pStyle w:val="Normal2"/>
        <w:ind w:left="1417"/>
        <w:rPr>
          <w:lang w:val="ru-RU"/>
        </w:rPr>
      </w:pPr>
      <w:r w:rsidRPr="00EE0BED">
        <w:rPr>
          <w:lang w:val="ru-RU"/>
        </w:rPr>
        <w:t>2.3 Разработка алгоритма практической реализации экспериментов.</w:t>
      </w:r>
    </w:p>
    <w:p w:rsidR="000B04B6" w:rsidRPr="00EE0BED" w:rsidRDefault="00C6295A">
      <w:pPr>
        <w:pStyle w:val="Normal2"/>
        <w:ind w:left="709"/>
        <w:rPr>
          <w:lang w:val="ru-RU"/>
        </w:rPr>
      </w:pPr>
      <w:r w:rsidRPr="00EE0BED">
        <w:rPr>
          <w:lang w:val="ru-RU"/>
        </w:rPr>
        <w:t>3. Оценка эффективности правового регулирования интернет-преступлений</w:t>
      </w:r>
    </w:p>
    <w:p w:rsidR="000B04B6" w:rsidRPr="00EE0BED" w:rsidRDefault="00C6295A">
      <w:pPr>
        <w:pStyle w:val="Normal2"/>
        <w:ind w:left="1417"/>
        <w:rPr>
          <w:lang w:val="ru-RU"/>
        </w:rPr>
      </w:pPr>
      <w:r w:rsidRPr="00EE0BED">
        <w:rPr>
          <w:lang w:val="ru-RU"/>
        </w:rPr>
        <w:t xml:space="preserve">3.1 </w:t>
      </w:r>
      <w:r w:rsidRPr="00EE0BED">
        <w:rPr>
          <w:lang w:val="ru-RU"/>
        </w:rPr>
        <w:t>Сравнение данных до и после внедрения новых норм.</w:t>
      </w:r>
    </w:p>
    <w:p w:rsidR="000B04B6" w:rsidRPr="00EE0BED" w:rsidRDefault="00C6295A">
      <w:pPr>
        <w:pStyle w:val="Normal2"/>
        <w:ind w:left="1417"/>
        <w:rPr>
          <w:lang w:val="ru-RU"/>
        </w:rPr>
      </w:pPr>
      <w:r w:rsidRPr="00EE0BED">
        <w:rPr>
          <w:lang w:val="ru-RU"/>
        </w:rPr>
        <w:t>3.2 Выявление влияния правовых норм на уровень киберпреступности.</w:t>
      </w:r>
    </w:p>
    <w:p w:rsidR="000B04B6" w:rsidRPr="00EE0BED" w:rsidRDefault="00C6295A">
      <w:pPr>
        <w:pStyle w:val="Normal2"/>
        <w:ind w:left="1417"/>
        <w:rPr>
          <w:lang w:val="ru-RU"/>
        </w:rPr>
      </w:pPr>
      <w:r w:rsidRPr="00EE0BED">
        <w:rPr>
          <w:lang w:val="ru-RU"/>
        </w:rPr>
        <w:t>3.3 Рекомендации по улучшению правового регулирования в сфере интернет-преступлений.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ЗАКЛЮЧЕНИЕ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СПИСОК ЛИТЕРАТУРЫ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ПРИЛОЖЕНИЯ</w:t>
      </w:r>
    </w:p>
    <w:p w:rsidR="000B04B6" w:rsidRPr="00EE0BED" w:rsidRDefault="00C6295A">
      <w:pPr>
        <w:rPr>
          <w:lang w:val="ru-RU"/>
        </w:rPr>
      </w:pPr>
      <w:r w:rsidRPr="00EE0BED">
        <w:rPr>
          <w:lang w:val="ru-RU"/>
        </w:rPr>
        <w:br w:type="page"/>
      </w:r>
    </w:p>
    <w:p w:rsidR="000B04B6" w:rsidRPr="00EE0BED" w:rsidRDefault="00C6295A">
      <w:pPr>
        <w:pStyle w:val="T1"/>
        <w:jc w:val="center"/>
        <w:rPr>
          <w:lang w:val="ru-RU"/>
        </w:rPr>
      </w:pPr>
      <w:r w:rsidRPr="00EE0BED">
        <w:rPr>
          <w:lang w:val="ru-RU"/>
        </w:rPr>
        <w:lastRenderedPageBreak/>
        <w:t>ВВЕДЕНИЕ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Акту</w:t>
      </w:r>
      <w:r w:rsidRPr="00EE0BED">
        <w:rPr>
          <w:lang w:val="ru-RU"/>
        </w:rPr>
        <w:t>альность исследования темы "Правовое регулирование интернет-преступлений"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Правовое регулирование интернет-преступлений включает в с</w:t>
      </w:r>
      <w:r w:rsidRPr="00EE0BED">
        <w:rPr>
          <w:lang w:val="ru-RU"/>
        </w:rPr>
        <w:t>ебя комплекс норм и правил, направленных на предотвращение, выявление и наказание преступлений, совершаемых с использованием сети Интернет. Это явление охватывает различные аспекты, такие как кибербуллинг, мошенничество, распространение вредоносного ПО, кр</w:t>
      </w:r>
      <w:r w:rsidRPr="00EE0BED">
        <w:rPr>
          <w:lang w:val="ru-RU"/>
        </w:rPr>
        <w:t>ажу личных данных и другие формы преступной деятельности в цифровом пространстве. Основные элементы правового регулирования включают уголовные кодексы, законы о защите данных, международные соглашения и инициативы, направленные на сотрудничество между госу</w:t>
      </w:r>
      <w:r w:rsidRPr="00EE0BED">
        <w:rPr>
          <w:lang w:val="ru-RU"/>
        </w:rPr>
        <w:t>дарствами в борьбе с киберпреступностью. Важной частью является также разработка и внедрение новых технологий и методов, способствующих улучшению правоприменения и повышению уровня безопасности пользователей в сети.Важность правового регулирования интернет</w:t>
      </w:r>
      <w:r w:rsidRPr="00EE0BED">
        <w:rPr>
          <w:lang w:val="ru-RU"/>
        </w:rPr>
        <w:t xml:space="preserve">-преступлений обусловлена растущим влиянием цифровых технологий на повседневную жизнь. С каждым годом увеличивается количество пользователей Интернета, что, в свою очередь, создает новые возможности для злоумышленников. Поэтому государства и международные </w:t>
      </w:r>
      <w:r w:rsidRPr="00EE0BED">
        <w:rPr>
          <w:lang w:val="ru-RU"/>
        </w:rPr>
        <w:t>организации стремятся адаптировать свои законодательства к быстро меняющимся условиям.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Выявить основные элементы правового регулирования интернет-преступлений и проанализировать их эффективность в борьбе с киберпреступностью.В рамках исследования правового</w:t>
      </w:r>
      <w:r w:rsidRPr="00EE0BED">
        <w:rPr>
          <w:lang w:val="ru-RU"/>
        </w:rPr>
        <w:t xml:space="preserve"> регулирования интернет-преступлений можно выделить несколько ключевых элементов, которые играют важную роль в обеспечении безопасности пользователей и предотвращении преступной деятельности в сети.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Изучить текущее состояние правового регулирования интерне</w:t>
      </w:r>
      <w:r w:rsidRPr="00EE0BED">
        <w:rPr>
          <w:lang w:val="ru-RU"/>
        </w:rPr>
        <w:t>т-преступлений, проанализировав существующие законы, нормативные акты и международные соглашения, а также выявить основные проблемы и недостатки в их применении.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Организовать будущие эксперименты по анализу эффективности правовых норм в борьбе с интернет-п</w:t>
      </w:r>
      <w:r w:rsidRPr="00EE0BED">
        <w:rPr>
          <w:lang w:val="ru-RU"/>
        </w:rPr>
        <w:t>реступлениями, выбрав методологию сравнительного анализа и статистического исследования, а также собрать и проанализировать литературные источники, касающиеся успешных и неуспешных случаев применения законодательства.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Разработать алгоритм практической </w:t>
      </w:r>
      <w:r w:rsidRPr="00EE0BED">
        <w:rPr>
          <w:lang w:val="ru-RU"/>
        </w:rPr>
        <w:t xml:space="preserve">реализации экспериментов, включая этапы сбора данных о зарегистрированных интернет-преступлениях, их </w:t>
      </w:r>
      <w:r w:rsidRPr="00EE0BED">
        <w:rPr>
          <w:lang w:val="ru-RU"/>
        </w:rPr>
        <w:lastRenderedPageBreak/>
        <w:t>классификации, а также методов оценки воздействия правовых норм на снижение уровня киберпреступности.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Провести объективную оценку эффективности правового р</w:t>
      </w:r>
      <w:r w:rsidRPr="00EE0BED">
        <w:rPr>
          <w:lang w:val="ru-RU"/>
        </w:rPr>
        <w:t>егулирования интернет-преступлений на основании полученных результатов, сравнив данные до и после внедрения новых норм и выявив их влияние на уровень киберпреступности.Для достижения поставленной цели необходимо рассмотреть несколько аспектов правового рег</w:t>
      </w:r>
      <w:r w:rsidRPr="00EE0BED">
        <w:rPr>
          <w:lang w:val="ru-RU"/>
        </w:rPr>
        <w:t>улирования интернет-преступлений. В первую очередь, следует проанализировать существующие законы и нормативные акты, регулирующие данную сферу, включая как национальные, так и международные документы. Это позволит выявить, насколько эффективно они адаптиро</w:t>
      </w:r>
      <w:r w:rsidRPr="00EE0BED">
        <w:rPr>
          <w:lang w:val="ru-RU"/>
        </w:rPr>
        <w:t>ваны к быстро меняющемуся миру технологий и каким образом они обеспечивают защиту пользователей.</w:t>
      </w:r>
    </w:p>
    <w:p w:rsidR="000B04B6" w:rsidRPr="00EE0BED" w:rsidRDefault="00C6295A">
      <w:pPr>
        <w:rPr>
          <w:lang w:val="ru-RU"/>
        </w:rPr>
      </w:pPr>
      <w:r w:rsidRPr="00EE0BED">
        <w:rPr>
          <w:lang w:val="ru-RU"/>
        </w:rPr>
        <w:br w:type="page"/>
      </w:r>
    </w:p>
    <w:p w:rsidR="000B04B6" w:rsidRPr="00EE0BED" w:rsidRDefault="00C6295A">
      <w:pPr>
        <w:pStyle w:val="T1"/>
        <w:rPr>
          <w:lang w:val="ru-RU"/>
        </w:rPr>
      </w:pPr>
      <w:r w:rsidRPr="00EE0BED">
        <w:rPr>
          <w:lang w:val="ru-RU"/>
        </w:rPr>
        <w:lastRenderedPageBreak/>
        <w:t>1. Текущие аспекты правового регулирования интернет-преступлений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Текущие аспекты правового регулирования интернет-преступлений охватывают широкий спектр вопр</w:t>
      </w:r>
      <w:r w:rsidRPr="00EE0BED">
        <w:rPr>
          <w:lang w:val="ru-RU"/>
        </w:rPr>
        <w:t>осов, связанных с необходимостью адаптации существующих законодательных норм к быстро меняющимся условиям цифровой среды. В последние годы наблюдается рост числа преступлений, совершаемых в интернете, что требует от правовых систем стран мира более гибкого</w:t>
      </w:r>
      <w:r w:rsidRPr="00EE0BED">
        <w:rPr>
          <w:lang w:val="ru-RU"/>
        </w:rPr>
        <w:t xml:space="preserve"> и оперативного реагирования на новые вызовы.Важным аспектом правового регулирования интернет-преступлений является необходимость международного сотрудничества. Поскольку интернет не знает границ, преступления, совершенные в одной стране, могут затрагивать</w:t>
      </w:r>
      <w:r w:rsidRPr="00EE0BED">
        <w:rPr>
          <w:lang w:val="ru-RU"/>
        </w:rPr>
        <w:t xml:space="preserve"> интересы граждан и организаций других государств. Это создает потребность в унификации законодательства и выработке общих стандартов для борьбы с киберпреступностью.</w:t>
      </w:r>
    </w:p>
    <w:p w:rsidR="000B04B6" w:rsidRPr="00EE0BED" w:rsidRDefault="00C6295A">
      <w:pPr>
        <w:pStyle w:val="T2"/>
        <w:rPr>
          <w:lang w:val="ru-RU"/>
        </w:rPr>
      </w:pPr>
      <w:r w:rsidRPr="00EE0BED">
        <w:rPr>
          <w:lang w:val="ru-RU"/>
        </w:rPr>
        <w:t>1.1 Обзор существующих законов и нормативных актов в сфере интернет-преступлений.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Вопрос </w:t>
      </w:r>
      <w:r w:rsidRPr="00EE0BED">
        <w:rPr>
          <w:lang w:val="ru-RU"/>
        </w:rPr>
        <w:t>правового регулирования интернет-преступлений становится все более актуальным в условиях стремительного развития цифровых технологий и увеличения числа киберугроз. Существующие законы и нормативные акты в этой области направлены на защиту прав граждан и об</w:t>
      </w:r>
      <w:r w:rsidRPr="00EE0BED">
        <w:rPr>
          <w:lang w:val="ru-RU"/>
        </w:rPr>
        <w:t>еспечение безопасности в сети. В России основным документом, регулирующим интернет-преступления, является Уголовный кодекс, который содержит статьи, касающиеся киберпреступлений, таких как мошенничество, кража личных данных и распространение вредоносного П</w:t>
      </w:r>
      <w:r w:rsidRPr="00EE0BED">
        <w:rPr>
          <w:lang w:val="ru-RU"/>
        </w:rPr>
        <w:t>О. Однако, несмотря на наличие законодательных норм, существует множество проблем, связанных с их применением и эффективностью.Одной из ключевых проблем является недостаточная координация между различными государственными органами, ответственными за борьбу</w:t>
      </w:r>
      <w:r w:rsidRPr="00EE0BED">
        <w:rPr>
          <w:lang w:val="ru-RU"/>
        </w:rPr>
        <w:t xml:space="preserve"> с интернет-преступлениями. Это приводит к тому, что многие преступления остаются нераскрытыми, а правонарушители избегают наказания. Кроме того, быстрое развитие технологий опережает существующее законодательство, что создает пробелы в правовом регулирова</w:t>
      </w:r>
      <w:r w:rsidRPr="00EE0BED">
        <w:rPr>
          <w:lang w:val="ru-RU"/>
        </w:rPr>
        <w:t>нии и затрудняет привлечение к ответственности преступников, использующих новые методы и инструменты.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Также стоит отметить, что многие граждане не осведомлены о своих правах и возможностях защиты в интернете. Это подчеркивает необходимость не только соверш</w:t>
      </w:r>
      <w:r w:rsidRPr="00EE0BED">
        <w:rPr>
          <w:lang w:val="ru-RU"/>
        </w:rPr>
        <w:t xml:space="preserve">енствования законодательства, но и повышения правовой грамотности населения. Важно, чтобы граждане знали, как действовать в случае </w:t>
      </w:r>
      <w:r w:rsidRPr="00EE0BED">
        <w:rPr>
          <w:lang w:val="ru-RU"/>
        </w:rPr>
        <w:lastRenderedPageBreak/>
        <w:t>кибератак или мошенничества, а также какие меры могут быть предприняты для защиты своих данных.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Законодательные инициативы, н</w:t>
      </w:r>
      <w:r w:rsidRPr="00EE0BED">
        <w:rPr>
          <w:lang w:val="ru-RU"/>
        </w:rPr>
        <w:t xml:space="preserve">аправленные на улучшение ситуации в данной сфере, требуют комплексного подхода. Это включает в себя как ужесточение наказаний за интернет-преступления, так и разработку новых норм, учитывающих современные реалии. Важным шагом является также сотрудничество </w:t>
      </w:r>
      <w:r w:rsidRPr="00EE0BED">
        <w:rPr>
          <w:lang w:val="ru-RU"/>
        </w:rPr>
        <w:t>с международными организациями для обмена опытом и лучшими практиками в области борьбы с киберпреступностью.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 заключение, правовое регулирование интернет-преступлений в России нуждается в постоянном обновлении и адаптации к новым вызовам, что позволит обе</w:t>
      </w:r>
      <w:r w:rsidRPr="00EE0BED">
        <w:rPr>
          <w:lang w:val="ru-RU"/>
        </w:rPr>
        <w:t>спечить более эффективную защиту прав граждан и безопасность в цифровом пространстве.Важным аспектом в борьбе с интернет-преступлениями является необходимость создания единой информационной системы, которая бы позволила различным государственным органам об</w:t>
      </w:r>
      <w:r w:rsidRPr="00EE0BED">
        <w:rPr>
          <w:lang w:val="ru-RU"/>
        </w:rPr>
        <w:t>мениваться данными и координировать свои действия. Это поможет не только в раскрытии преступлений, но и в предотвращении их совершения. Современные технологии, такие как искусственный интеллект и машинное обучение, могут быть использованы для анализа больш</w:t>
      </w:r>
      <w:r w:rsidRPr="00EE0BED">
        <w:rPr>
          <w:lang w:val="ru-RU"/>
        </w:rPr>
        <w:t>их объемов данных и выявления подозрительной активности в сети.</w:t>
      </w:r>
    </w:p>
    <w:p w:rsidR="000B04B6" w:rsidRPr="00EE0BED" w:rsidRDefault="00C6295A">
      <w:pPr>
        <w:pStyle w:val="T2"/>
        <w:rPr>
          <w:lang w:val="ru-RU"/>
        </w:rPr>
      </w:pPr>
      <w:r w:rsidRPr="00EE0BED">
        <w:rPr>
          <w:lang w:val="ru-RU"/>
        </w:rPr>
        <w:t>1.2 Анализ международных соглашений и их влияние на национальное законодательство.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Анализ международных соглашений в области кибербезопасности показывает, как они формируют и изменяют национал</w:t>
      </w:r>
      <w:r w:rsidRPr="00EE0BED">
        <w:rPr>
          <w:lang w:val="ru-RU"/>
        </w:rPr>
        <w:t>ьное законодательство, обеспечивая гармонизацию правовых норм между различными государствами. В последние годы наблюдается тенденция к активному принятию международных стандартов, что позволяет странам более эффективно бороться с интернет-преступлениями. Н</w:t>
      </w:r>
      <w:r w:rsidRPr="00EE0BED">
        <w:rPr>
          <w:lang w:val="ru-RU"/>
        </w:rPr>
        <w:t>апример, соглашения, разработанные в рамках ООН и других международных организаций, служат основой для создания национальных законов, направленных на защиту информации и предотвращение киберугроз.Важным аспектом данного процесса является необходимость адап</w:t>
      </w:r>
      <w:r w:rsidRPr="00EE0BED">
        <w:rPr>
          <w:lang w:val="ru-RU"/>
        </w:rPr>
        <w:t>тации национальных правовых систем к международным требованиям, что может потребовать значительных изменений в существующих законодательных актах. Это включает в себя не только внесение поправок в уголовные кодексы, но и разработку новых норм, касающихся о</w:t>
      </w:r>
      <w:r w:rsidRPr="00EE0BED">
        <w:rPr>
          <w:lang w:val="ru-RU"/>
        </w:rPr>
        <w:t xml:space="preserve">тветственности за киберпреступления.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Кроме того, международные соглашения способствуют обмену информацией и сотрудничеству между правоохранительными органами различных стран, что является ключевым фактором в борьбе с транснациональной киберпреступностью. </w:t>
      </w:r>
      <w:r w:rsidRPr="00EE0BED">
        <w:rPr>
          <w:lang w:val="ru-RU"/>
        </w:rPr>
        <w:t xml:space="preserve">Например, совместные операции и </w:t>
      </w:r>
      <w:r w:rsidRPr="00EE0BED">
        <w:rPr>
          <w:lang w:val="ru-RU"/>
        </w:rPr>
        <w:lastRenderedPageBreak/>
        <w:t>проекты, инициированные на основе международных договоров, позволяют быстрее реагировать на инциденты и эффективно расследовать преступления, совершенные в интернете.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Также стоит отметить, что внедрение международных норм в </w:t>
      </w:r>
      <w:r w:rsidRPr="00EE0BED">
        <w:rPr>
          <w:lang w:val="ru-RU"/>
        </w:rPr>
        <w:t>национальное законодательство требует учета специфики каждой страны, включая культурные, экономические и политические аспекты. Это может создавать определенные сложности, так как не все государства готовы или способны к быстрой интеграции новых стандартов.</w:t>
      </w:r>
      <w:r w:rsidRPr="00EE0BED">
        <w:rPr>
          <w:lang w:val="ru-RU"/>
        </w:rPr>
        <w:t xml:space="preserve">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Тем не менее, активное сотрудничество на международной арене и стремление к унификации правовых норм в области кибербезопасности в долгосрочной перспективе помогут повысить уровень защиты от интернет-преступлений и создать более безопасное цифровое прост</w:t>
      </w:r>
      <w:r w:rsidRPr="00EE0BED">
        <w:rPr>
          <w:lang w:val="ru-RU"/>
        </w:rPr>
        <w:t>ранство для граждан и бизнеса.Важным элементом процесса адаптации национального законодательства к международным стандартам является обучение и подготовка кадров, способных эффективно применять новые нормы и правила. Это включает в себя как правоохранитель</w:t>
      </w:r>
      <w:r w:rsidRPr="00EE0BED">
        <w:rPr>
          <w:lang w:val="ru-RU"/>
        </w:rPr>
        <w:t xml:space="preserve">ные органы, так и юридические учреждения, которые должны быть готовы к работе в условиях изменяющегося правового ландшафта.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Ключевым аспектом является также необходимость создания механизмов мониторинга и оценки эффективности внедрения международных согла</w:t>
      </w:r>
      <w:r w:rsidRPr="00EE0BED">
        <w:rPr>
          <w:lang w:val="ru-RU"/>
        </w:rPr>
        <w:t>шений. Это позволит не только выявлять проблемы на ранних стадиях, но и корректировать подходы к правоприменению в зависимости от меняющихся условий.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Кроме того, важно учитывать, что международные соглашения могут содержать рекомендации и лучшие практики, </w:t>
      </w:r>
      <w:r w:rsidRPr="00EE0BED">
        <w:rPr>
          <w:lang w:val="ru-RU"/>
        </w:rPr>
        <w:t>которые могут быть адаптированы к местным условиям. Это открывает возможности для инновационных решений в области кибербезопасности, что особенно актуально в условиях быстрого технологического прогресса.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 заключение, интеграция международных норм в национ</w:t>
      </w:r>
      <w:r w:rsidRPr="00EE0BED">
        <w:rPr>
          <w:lang w:val="ru-RU"/>
        </w:rPr>
        <w:t xml:space="preserve">альное законодательство не является простой задачей, но она необходима для создания эффективной системы борьбы с киберпреступлениями. Сотрудничество между государствами и обмен опытом играют ключевую роль в этом процессе, что в конечном итоге способствует </w:t>
      </w:r>
      <w:r w:rsidRPr="00EE0BED">
        <w:rPr>
          <w:lang w:val="ru-RU"/>
        </w:rPr>
        <w:t>укреплению правопорядка и безопасности в цифровом пространстве.Важным аспектом успешной интеграции международных норм является не только правовая, но и культурная адаптация. Страны могут иметь разные подходы к кибербезопасности, что требует учета местных о</w:t>
      </w:r>
      <w:r w:rsidRPr="00EE0BED">
        <w:rPr>
          <w:lang w:val="ru-RU"/>
        </w:rPr>
        <w:t>собенностей и традиций. Это подразумевает необходимость диалога между государственными органами, частным сектором и обществом в целом.</w:t>
      </w:r>
    </w:p>
    <w:p w:rsidR="000B04B6" w:rsidRPr="00EE0BED" w:rsidRDefault="00C6295A">
      <w:pPr>
        <w:pStyle w:val="T2"/>
        <w:rPr>
          <w:lang w:val="ru-RU"/>
        </w:rPr>
      </w:pPr>
      <w:r w:rsidRPr="00EE0BED">
        <w:rPr>
          <w:lang w:val="ru-RU"/>
        </w:rPr>
        <w:lastRenderedPageBreak/>
        <w:t>1.3 Проблемы и недостатки в применении правовых норм.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Вопросы, связанные с применением правовых норм в сфере интернет-пре</w:t>
      </w:r>
      <w:r w:rsidRPr="00EE0BED">
        <w:rPr>
          <w:lang w:val="ru-RU"/>
        </w:rPr>
        <w:t>ступлений, становятся все более актуальными в условиях стремительного развития технологий и увеличения числа киберугроз. Одной из ключевых проблем является недостаточная адаптация существующего законодательства к новым реалиям. Правовые нормы, которые были</w:t>
      </w:r>
      <w:r w:rsidRPr="00EE0BED">
        <w:rPr>
          <w:lang w:val="ru-RU"/>
        </w:rPr>
        <w:t xml:space="preserve"> разработаны для традиционных преступлений, часто оказываются неэффективными в контексте интернет-преступлений. Это связано с тем, что киберпреступность имеет свои уникальные особенности, такие как анонимность преступников, транснациональный характер и сло</w:t>
      </w:r>
      <w:r w:rsidRPr="00EE0BED">
        <w:rPr>
          <w:lang w:val="ru-RU"/>
        </w:rPr>
        <w:t>жность выявления преступных действий [5].Кроме того, значительной проблемой является недостаточная координация между различными государственными органами и международными структурами, что затрудняет борьбу с киберпреступностью. Разные страны могут иметь ра</w:t>
      </w:r>
      <w:r w:rsidRPr="00EE0BED">
        <w:rPr>
          <w:lang w:val="ru-RU"/>
        </w:rPr>
        <w:t>зличные подходы к правоприменению, что создает правовые пробелы и возможности для уклонения от ответственности. Важно также отметить, что многие правовые нормы не учитывают быстрое развитие технологий, что приводит к необходимости постоянного обновления за</w:t>
      </w:r>
      <w:r w:rsidRPr="00EE0BED">
        <w:rPr>
          <w:lang w:val="ru-RU"/>
        </w:rPr>
        <w:t>конодательства.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Еще одной проблемой является недостаточная осведомленность как граждан, так и правоохранительных органов о специфике интернет-преступлений. Это может приводить к неправильной интерпретации правовых норм и, как следствие, к неэффективному ра</w:t>
      </w:r>
      <w:r w:rsidRPr="00EE0BED">
        <w:rPr>
          <w:lang w:val="ru-RU"/>
        </w:rPr>
        <w:t xml:space="preserve">сследованию и наказанию преступников.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 связи с вышеизложенным, необходимо разработать новые подходы к правовому регулированию, которые будут учитывать динамику изменений в сфере технологий и особенности киберпреступности. Это может включать в себя создан</w:t>
      </w:r>
      <w:r w:rsidRPr="00EE0BED">
        <w:rPr>
          <w:lang w:val="ru-RU"/>
        </w:rPr>
        <w:t>ие специализированных подразделений в правоохранительных органах, обучение сотрудников новым методам расследования и взаимодействие с международными организациями для обмена информацией и опытом [6].Кроме того, важным аспектом является необходимость адапта</w:t>
      </w:r>
      <w:r w:rsidRPr="00EE0BED">
        <w:rPr>
          <w:lang w:val="ru-RU"/>
        </w:rPr>
        <w:t>ции существующих правовых норм к новым вызовам, связанным с киберпространством. Традиционные подходы к правоприменению зачастую оказываются неэффективными в условиях, когда преступления совершаются анонимно и на международном уровне. Это требует от правоза</w:t>
      </w:r>
      <w:r w:rsidRPr="00EE0BED">
        <w:rPr>
          <w:lang w:val="ru-RU"/>
        </w:rPr>
        <w:t>щитных органов не только пересмотра законодательства, но и внедрения новых технологий для мониторинга и анализа киберугроз.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Также стоит обратить внимание на проблему недостаточной защиты прав пострадавших от интернет-преступлений. Часто жертвы не знают, ка</w:t>
      </w:r>
      <w:r w:rsidRPr="00EE0BED">
        <w:rPr>
          <w:lang w:val="ru-RU"/>
        </w:rPr>
        <w:t xml:space="preserve">к действовать в случае кибератаки, и не получают необходимой поддержки со стороны государства. Это создает дополнительный барьер для эффективного </w:t>
      </w:r>
      <w:r w:rsidRPr="00EE0BED">
        <w:rPr>
          <w:lang w:val="ru-RU"/>
        </w:rPr>
        <w:lastRenderedPageBreak/>
        <w:t>правоприменения, так как многие случаи остаются незафиксированными и безнаказанными.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Важным шагом в решении </w:t>
      </w:r>
      <w:r w:rsidRPr="00EE0BED">
        <w:rPr>
          <w:lang w:val="ru-RU"/>
        </w:rPr>
        <w:t>этих проблем является активное сотрудничество между государственными органами, частным сектором и научным сообществом. Обмен опытом и разработка совместных инициатив могут привести к более эффективному правовому регулированию и улучшению ситуации в сфере б</w:t>
      </w:r>
      <w:r w:rsidRPr="00EE0BED">
        <w:rPr>
          <w:lang w:val="ru-RU"/>
        </w:rPr>
        <w:t>орьбы с киберпреступностью. Также необходимо уделить внимание просвещению граждан о рисках, связанных с интернет-преступлениями, и способах защиты своих прав и интересов в цифровом пространстве.Одной из ключевых задач правового регулирования в данной облас</w:t>
      </w:r>
      <w:r w:rsidRPr="00EE0BED">
        <w:rPr>
          <w:lang w:val="ru-RU"/>
        </w:rPr>
        <w:t>ти является создание единой системы мониторинга и реагирования на киберугрозы. Это включает в себя не только разработку новых законов, но и внедрение механизмов, позволяющих быстро и эффективно реагировать на инциденты. Важно, чтобы правоохранительные орга</w:t>
      </w:r>
      <w:r w:rsidRPr="00EE0BED">
        <w:rPr>
          <w:lang w:val="ru-RU"/>
        </w:rPr>
        <w:t>ны имели доступ к необходимым ресурсам и технологиям для расследования киберпреступлений.</w:t>
      </w:r>
    </w:p>
    <w:p w:rsidR="000B04B6" w:rsidRPr="00EE0BED" w:rsidRDefault="00C6295A">
      <w:pPr>
        <w:rPr>
          <w:lang w:val="ru-RU"/>
        </w:rPr>
      </w:pPr>
      <w:r w:rsidRPr="00EE0BED">
        <w:rPr>
          <w:lang w:val="ru-RU"/>
        </w:rPr>
        <w:br w:type="page"/>
      </w:r>
    </w:p>
    <w:p w:rsidR="000B04B6" w:rsidRPr="00EE0BED" w:rsidRDefault="00C6295A">
      <w:pPr>
        <w:pStyle w:val="T1"/>
        <w:rPr>
          <w:lang w:val="ru-RU"/>
        </w:rPr>
      </w:pPr>
      <w:r w:rsidRPr="00EE0BED">
        <w:rPr>
          <w:lang w:val="ru-RU"/>
        </w:rPr>
        <w:lastRenderedPageBreak/>
        <w:t>2. Методология анализа эффективности правового регулирования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Методология анализа эффективности правового регулирования интернет-преступлений включает в себя системн</w:t>
      </w:r>
      <w:r w:rsidRPr="00EE0BED">
        <w:rPr>
          <w:lang w:val="ru-RU"/>
        </w:rPr>
        <w:t>ый подход, который позволяет оценить как существующие правовые нормы, так и их практическое применение. Важным аспектом является определение критериев, по которым можно оценить эффективность правового регулирования. К таким критериям относятся уровень пред</w:t>
      </w:r>
      <w:r w:rsidRPr="00EE0BED">
        <w:rPr>
          <w:lang w:val="ru-RU"/>
        </w:rPr>
        <w:t xml:space="preserve">отвращения преступлений, скорость реагирования правоохранительных органов, а также степень удовлетворенности граждан правоприменением.Для глубокого анализа эффективности правового регулирования интернет-преступлений необходимо учитывать различные факторы, </w:t>
      </w:r>
      <w:r w:rsidRPr="00EE0BED">
        <w:rPr>
          <w:lang w:val="ru-RU"/>
        </w:rPr>
        <w:t>влияющие на динамику преступности в данной сфере. Важным элементом является мониторинг изменений в законодательстве, который позволяет выявить, насколько быстро и адекватно реагирует правовая система на новые вызовы, связанные с развитием технологий и инте</w:t>
      </w:r>
      <w:r w:rsidRPr="00EE0BED">
        <w:rPr>
          <w:lang w:val="ru-RU"/>
        </w:rPr>
        <w:t>рнет-пространства.</w:t>
      </w:r>
    </w:p>
    <w:p w:rsidR="000B04B6" w:rsidRPr="00EE0BED" w:rsidRDefault="00C6295A">
      <w:pPr>
        <w:pStyle w:val="T2"/>
        <w:rPr>
          <w:lang w:val="ru-RU"/>
        </w:rPr>
      </w:pPr>
      <w:r w:rsidRPr="00EE0BED">
        <w:rPr>
          <w:lang w:val="ru-RU"/>
        </w:rPr>
        <w:t>2.1 Сравнительный анализ правовых норм и статистическое исследование.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Сравнительный анализ правовых норм представляет собой важный инструмент для понимания различий и сходств в законодательных системах разных стран, особенно в контексте киберпреступлений. В этом контексте исследуются не только сами нормы, но и их применение,</w:t>
      </w:r>
      <w:r w:rsidRPr="00EE0BED">
        <w:rPr>
          <w:lang w:val="ru-RU"/>
        </w:rPr>
        <w:t xml:space="preserve"> что позволяет выявить наиболее эффективные подходы к правовому регулированию в различных юрисдикциях. Например, исследование законодательства о киберпреступлениях в России и зарубежных странах показывает, как различные правовые системы справляются с вызов</w:t>
      </w:r>
      <w:r w:rsidRPr="00EE0BED">
        <w:rPr>
          <w:lang w:val="ru-RU"/>
        </w:rPr>
        <w:t xml:space="preserve">ами, связанными с цифровыми угрозами [7].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Статистическое исследование, в свою очередь, предоставляет количественные данные, которые могут подтвердить или опровергнуть гипотезы, выдвинутые в ходе сравнительного анализа. Используя статистические методы, мож</w:t>
      </w:r>
      <w:r w:rsidRPr="00EE0BED">
        <w:rPr>
          <w:lang w:val="ru-RU"/>
        </w:rPr>
        <w:t>но оценить уровень преступности в области киберпреступлений, а также эффективность различных правовых норм в борьбе с этими преступлениями. Например, анализ статистики по киберпреступлениям в странах Европейского Союза позволяет сделать выводы о том, какие</w:t>
      </w:r>
      <w:r w:rsidRPr="00EE0BED">
        <w:rPr>
          <w:lang w:val="ru-RU"/>
        </w:rPr>
        <w:t xml:space="preserve"> законодательные меры оказывают наибольшее влияние на снижение уровня преступности [8].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Таким образом, сочетание сравнительного анализа правовых норм и статистического исследования создает комплексный подход к оценке эффективности правового регулирования.</w:t>
      </w:r>
      <w:r w:rsidRPr="00EE0BED">
        <w:rPr>
          <w:lang w:val="ru-RU"/>
        </w:rPr>
        <w:t xml:space="preserve"> Это позволяет не только выявить лучшие практики, но и адаптировать их к условиям конкретной страны, что в конечном итоге способствует улучшению правовой среды и повышению безопасности в цифровом пространстве.Важным аспектом методологии анализа </w:t>
      </w:r>
      <w:r w:rsidRPr="00EE0BED">
        <w:rPr>
          <w:lang w:val="ru-RU"/>
        </w:rPr>
        <w:lastRenderedPageBreak/>
        <w:t>эффективнос</w:t>
      </w:r>
      <w:r w:rsidRPr="00EE0BED">
        <w:rPr>
          <w:lang w:val="ru-RU"/>
        </w:rPr>
        <w:t>ти правового регулирования является интеграция качественных и количественных данных. Качественные исследования, такие как интервью с экспертами в области права и кибербезопасности, могут дополнить количественные данные, полученные из статистических источни</w:t>
      </w:r>
      <w:r w:rsidRPr="00EE0BED">
        <w:rPr>
          <w:lang w:val="ru-RU"/>
        </w:rPr>
        <w:t>ков. Это позволяет глубже понять контекст и причины, стоящие за определенными трендами в киберпреступности.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Кроме того, следует учитывать, что правовые нормы могут иметь различное воздействие в зависимости от культурных, экономических и социальных факторов</w:t>
      </w:r>
      <w:r w:rsidRPr="00EE0BED">
        <w:rPr>
          <w:lang w:val="ru-RU"/>
        </w:rPr>
        <w:t>, присущих каждой стране. Например, в одних странах более жесткие меры могут привести к снижению уровня киберпреступности, в то время как в других они могут оказаться неэффективными или даже способствовать росту преступности. Поэтому важно проводить деталь</w:t>
      </w:r>
      <w:r w:rsidRPr="00EE0BED">
        <w:rPr>
          <w:lang w:val="ru-RU"/>
        </w:rPr>
        <w:t>ный анализ не только самих норм, но и их восприятия обществом.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Также стоит отметить, что динамика киберпреступности постоянно меняется, что требует регулярного обновления данных и пересмотра правовых норм. Это подчеркивает необходимость создания адаптивных</w:t>
      </w:r>
      <w:r w:rsidRPr="00EE0BED">
        <w:rPr>
          <w:lang w:val="ru-RU"/>
        </w:rPr>
        <w:t xml:space="preserve"> правовых систем, способных быстро реагировать на новые угрозы. В этом контексте сравнительный анализ и статистические исследования становятся не только инструментами для оценки текущего состояния, но и основой для разработки рекомендаций по улучшению зако</w:t>
      </w:r>
      <w:r w:rsidRPr="00EE0BED">
        <w:rPr>
          <w:lang w:val="ru-RU"/>
        </w:rPr>
        <w:t>нодательства.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 конечном итоге, эффективное правовое регулирование в области киберпреступлений требует комплексного и многогранного подхода, который сочетает в себе как сравнительный анализ, так и статистические исследования. Это позволит создать более без</w:t>
      </w:r>
      <w:r w:rsidRPr="00EE0BED">
        <w:rPr>
          <w:lang w:val="ru-RU"/>
        </w:rPr>
        <w:t>опасное цифровое пространство и защитить права граждан в условиях быстро меняющегося технологического ландшафта.Для достижения этой цели необходимо также учитывать международные стандарты и практики, которые могут служить ориентиром для национальных законо</w:t>
      </w:r>
      <w:r w:rsidRPr="00EE0BED">
        <w:rPr>
          <w:lang w:val="ru-RU"/>
        </w:rPr>
        <w:t>дательств. Сравнительный анализ правовых норм разных стран позволит выявить наиболее эффективные подходы и механизмы, которые можно адаптировать к локальным условиям.</w:t>
      </w:r>
    </w:p>
    <w:p w:rsidR="000B04B6" w:rsidRPr="00EE0BED" w:rsidRDefault="00C6295A">
      <w:pPr>
        <w:pStyle w:val="T2"/>
        <w:rPr>
          <w:lang w:val="ru-RU"/>
        </w:rPr>
      </w:pPr>
      <w:r w:rsidRPr="00EE0BED">
        <w:rPr>
          <w:lang w:val="ru-RU"/>
        </w:rPr>
        <w:t>2.2 Сбор и анализ литературных источников по практике применения законодательства.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Сбор и</w:t>
      </w:r>
      <w:r w:rsidRPr="00EE0BED">
        <w:rPr>
          <w:lang w:val="ru-RU"/>
        </w:rPr>
        <w:t xml:space="preserve"> анализ литературных источников по практике применения законодательства представляет собой важный этап в исследовании эффективности правового регулирования. В данном контексте необходимо учитывать как отечественные, так и зарубежные подходы к правоприменен</w:t>
      </w:r>
      <w:r w:rsidRPr="00EE0BED">
        <w:rPr>
          <w:lang w:val="ru-RU"/>
        </w:rPr>
        <w:t xml:space="preserve">ию, особенно в области интернет-преступлений, которые становятся все более актуальными в условиях цифровизации общества. Например, в работе Федорова рассматриваются современные вызовы, с которыми сталкиваются </w:t>
      </w:r>
      <w:r w:rsidRPr="00EE0BED">
        <w:rPr>
          <w:lang w:val="ru-RU"/>
        </w:rPr>
        <w:lastRenderedPageBreak/>
        <w:t>правоохранительные органы в процессе борьбы с к</w:t>
      </w:r>
      <w:r w:rsidRPr="00EE0BED">
        <w:rPr>
          <w:lang w:val="ru-RU"/>
        </w:rPr>
        <w:t xml:space="preserve">иберпреступностью, а также предлагаются различные подходы к их преодолению [9].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Анализ публикаций, таких как статья Смита, позволяет выявить роль правоохранительных органов в противодействии киберпреступлениям, а также определить основные проблемы и возмо</w:t>
      </w:r>
      <w:r w:rsidRPr="00EE0BED">
        <w:rPr>
          <w:lang w:val="ru-RU"/>
        </w:rPr>
        <w:t xml:space="preserve">жности, возникающие в процессе правоприменения [10]. Эти исследования помогают не только понять текущее состояние правоприменительной практики, но и сформировать рекомендации для улучшения законодательства и его применения.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Сравнительный анализ различных </w:t>
      </w:r>
      <w:r w:rsidRPr="00EE0BED">
        <w:rPr>
          <w:lang w:val="ru-RU"/>
        </w:rPr>
        <w:t>источников позволяет выявить общие тенденции и различия в подходах к правоприменению, что является ключевым для дальнейшего совершенствования правового регулирования. Важно отметить, что эффективность правового регулирования зависит не только от качества з</w:t>
      </w:r>
      <w:r w:rsidRPr="00EE0BED">
        <w:rPr>
          <w:lang w:val="ru-RU"/>
        </w:rPr>
        <w:t>аконодательства, но и от его практического применения, что подчеркивает необходимость глубокого анализа существующих практик и подходов.В рамках исследования эффективности правового регулирования необходимо также учитывать влияние международного опыта на о</w:t>
      </w:r>
      <w:r w:rsidRPr="00EE0BED">
        <w:rPr>
          <w:lang w:val="ru-RU"/>
        </w:rPr>
        <w:t>течественную практику. Сравнительный анализ правоприменительных механизмов в разных юрисдикциях может выявить успешные стратегии и инструменты, которые можно адаптировать для улучшения национального законодательства. Например, изучение подходов, применяемы</w:t>
      </w:r>
      <w:r w:rsidRPr="00EE0BED">
        <w:rPr>
          <w:lang w:val="ru-RU"/>
        </w:rPr>
        <w:t>х в странах с развитой системой кибербезопасности, может дать полезные рекомендации для российской практики.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Кроме того, важно обратить внимание на взаимодействие различных государственных и частных структур в области борьбы с киберпреступностью. Эффективн</w:t>
      </w:r>
      <w:r w:rsidRPr="00EE0BED">
        <w:rPr>
          <w:lang w:val="ru-RU"/>
        </w:rPr>
        <w:t>ое сотрудничество между правоохранительными органами, судебной системой и частным сектором может значительно повысить уровень правоприменения и обеспечить более комплексный подход к решению проблем, связанных с интернет-преступлениями.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Также следует учитыв</w:t>
      </w:r>
      <w:r w:rsidRPr="00EE0BED">
        <w:rPr>
          <w:lang w:val="ru-RU"/>
        </w:rPr>
        <w:t>ать, что правоприменение не существует в вакууме. Социальные, экономические и культурные факторы могут оказывать значительное влияние на то, как законы исполняются и воспринимаются обществом. Поэтому важно проводить исследования, которые бы учитывали эти а</w:t>
      </w:r>
      <w:r w:rsidRPr="00EE0BED">
        <w:rPr>
          <w:lang w:val="ru-RU"/>
        </w:rPr>
        <w:t>спекты, что позволит более полно оценить эффективность правового регулирования и выявить возможные пути его улучшения.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Таким образом, сбор и анализ литературных источников по практике применения законодательства является неотъемлемой частью комплексного по</w:t>
      </w:r>
      <w:r w:rsidRPr="00EE0BED">
        <w:rPr>
          <w:lang w:val="ru-RU"/>
        </w:rPr>
        <w:t>дхода к исследованию правоприменения. Это позволяет не только выявить существующие проблемы, но и предложить обоснованные рекомендации для совершенствования законодательства и его практического применения.Важным элементом данного анализа является также изу</w:t>
      </w:r>
      <w:r w:rsidRPr="00EE0BED">
        <w:rPr>
          <w:lang w:val="ru-RU"/>
        </w:rPr>
        <w:t xml:space="preserve">чение мнений экспертов и практиков, работающих в области правоприменения. Их опыт и наблюдения могут предоставить ценную информацию о реальных проблемах, с которыми </w:t>
      </w:r>
      <w:r w:rsidRPr="00EE0BED">
        <w:rPr>
          <w:lang w:val="ru-RU"/>
        </w:rPr>
        <w:lastRenderedPageBreak/>
        <w:t>сталкиваются правоохранительные органы и суды в процессе реализации законодательства. Прове</w:t>
      </w:r>
      <w:r w:rsidRPr="00EE0BED">
        <w:rPr>
          <w:lang w:val="ru-RU"/>
        </w:rPr>
        <w:t>дение интервью и опросов среди представителей юридических профессий, а также специалистов в области кибербезопасности, позволит получить более глубокое понимание текущих вызовов и потребностей.</w:t>
      </w:r>
    </w:p>
    <w:p w:rsidR="000B04B6" w:rsidRPr="00EE0BED" w:rsidRDefault="00C6295A">
      <w:pPr>
        <w:pStyle w:val="T2"/>
        <w:rPr>
          <w:lang w:val="ru-RU"/>
        </w:rPr>
      </w:pPr>
      <w:r w:rsidRPr="00EE0BED">
        <w:rPr>
          <w:lang w:val="ru-RU"/>
        </w:rPr>
        <w:t>2.3 Разработка алгоритма практической реализации экспериментов</w:t>
      </w:r>
      <w:r w:rsidRPr="00EE0BED">
        <w:rPr>
          <w:lang w:val="ru-RU"/>
        </w:rPr>
        <w:t>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Эффективная реализация экспериментов в области правового регулирования требует четко разработанного алгоритма, который учитывает все аспекты взаимодействия между законодательством и практикой. В первую очередь, необходимо определить цели и задачи экспери</w:t>
      </w:r>
      <w:r w:rsidRPr="00EE0BED">
        <w:rPr>
          <w:lang w:val="ru-RU"/>
        </w:rPr>
        <w:t>мента, что позволит сосредоточиться на ключевых элементах, которые подлежат анализу. Затем следует провести анализ существующих нормативных актов и практики их применения, чтобы выявить пробелы и недостатки в действующем законодательстве, что может стать о</w:t>
      </w:r>
      <w:r w:rsidRPr="00EE0BED">
        <w:rPr>
          <w:lang w:val="ru-RU"/>
        </w:rPr>
        <w:t>сновой для дальнейших изменений и улучшений [11].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Далее, важно разработать методику сбора данных, которая должна включать как количественные, так и качественные показатели. Это может быть достигнуто через опросы, интервью и анализ судебной практики, что по</w:t>
      </w:r>
      <w:r w:rsidRPr="00EE0BED">
        <w:rPr>
          <w:lang w:val="ru-RU"/>
        </w:rPr>
        <w:t>зволит получить более полное представление о реальной ситуации в сфере киберпреступлений. Важно, чтобы собираемые данные были репрезентативными и отражали разнообразие случаев, с которыми сталкиваются правоохранительные органы и юридические практики [12].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После сбора данных необходимо провести их обработку и анализ, что позволит выявить закономерности и тенденции, а также оценить эффективность существующих мер правового регулирования. На основании полученных результатов можно разработать рекомендации по опт</w:t>
      </w:r>
      <w:r w:rsidRPr="00EE0BED">
        <w:rPr>
          <w:lang w:val="ru-RU"/>
        </w:rPr>
        <w:t>имизации законодательства и практики его применения. Такой подход не только способствует улучшению правового регулирования, но и повышает уровень доверия к системе правосудия, что является важным аспектом для обеспечения правопорядка в обществе.Важным этап</w:t>
      </w:r>
      <w:r w:rsidRPr="00EE0BED">
        <w:rPr>
          <w:lang w:val="ru-RU"/>
        </w:rPr>
        <w:t>ом в разработке алгоритма является формирование гипотез, которые будут проверяться в ходе эксперимента. Эти гипотезы должны быть основаны на предварительном анализе собранных данных и существующих теоретических основах. Они помогут сфокусировать внимание н</w:t>
      </w:r>
      <w:r w:rsidRPr="00EE0BED">
        <w:rPr>
          <w:lang w:val="ru-RU"/>
        </w:rPr>
        <w:t>а конкретных аспектах правового регулирования, которые требуют более глубокого изучения.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Следующим шагом является выбор методов и инструментов, необходимых для реализации эксперимента. Это может включать в себя как традиционные методы, такие как юридически</w:t>
      </w:r>
      <w:r w:rsidRPr="00EE0BED">
        <w:rPr>
          <w:lang w:val="ru-RU"/>
        </w:rPr>
        <w:t xml:space="preserve">й анализ и сравнительное исследование, так и современные подходы, например, использование </w:t>
      </w:r>
      <w:r w:rsidRPr="00EE0BED">
        <w:rPr>
          <w:lang w:val="ru-RU"/>
        </w:rPr>
        <w:lastRenderedPageBreak/>
        <w:t>программного обеспечения для анализа больших данных. Важно, чтобы выбранные методы были адекватны поставленным целям и задачам.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После этого необходимо организовать са</w:t>
      </w:r>
      <w:r w:rsidRPr="00EE0BED">
        <w:rPr>
          <w:lang w:val="ru-RU"/>
        </w:rPr>
        <w:t>м процесс эксперимента, включая выбор участников, определение временных рамок и условий проведения. Прозрачность и открытость в этом процессе способствуют повышению доверия со стороны всех заинтересованных сторон, что является ключевым для успешной реализа</w:t>
      </w:r>
      <w:r w:rsidRPr="00EE0BED">
        <w:rPr>
          <w:lang w:val="ru-RU"/>
        </w:rPr>
        <w:t>ции эксперимента.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По завершении эксперимента следует провести детальный анализ полученных результатов. Это включает в себя не только количественные показатели, но и качественную оценку, которая может выявить более глубокие проблемы и возможности для улучше</w:t>
      </w:r>
      <w:r w:rsidRPr="00EE0BED">
        <w:rPr>
          <w:lang w:val="ru-RU"/>
        </w:rPr>
        <w:t>ния. Результаты должны быть документированы и представлены в виде отчетов, что позволит другим исследователям и практикам ознакомиться с выводами и рекомендациями.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Таким образом, разработка алгоритма практической реализации экспериментов в области правовог</w:t>
      </w:r>
      <w:r w:rsidRPr="00EE0BED">
        <w:rPr>
          <w:lang w:val="ru-RU"/>
        </w:rPr>
        <w:t>о регулирования представляет собой комплексный процесс, который требует тщательной подготовки, анализа и последующего внедрения полученных рекомендаций в практику. Это позволит не только улучшить существующее законодательство, но и адаптировать его к быстр</w:t>
      </w:r>
      <w:r w:rsidRPr="00EE0BED">
        <w:rPr>
          <w:lang w:val="ru-RU"/>
        </w:rPr>
        <w:t>о меняющимся условиям в сфере киберпреступлений.Важным аспектом, который следует учитывать при разработке алгоритма, является взаимодействие с различными заинтересованными сторонами, включая государственные органы, юридические организации и общественные гр</w:t>
      </w:r>
      <w:r w:rsidRPr="00EE0BED">
        <w:rPr>
          <w:lang w:val="ru-RU"/>
        </w:rPr>
        <w:t>уппы. Участие этих групп может обеспечить более широкий взгляд на проблему и помочь учесть различные точки зрения и интересы. Это взаимодействие также может способствовать более эффективному внедрению результатов эксперимента в практику.</w:t>
      </w:r>
    </w:p>
    <w:p w:rsidR="000B04B6" w:rsidRPr="00EE0BED" w:rsidRDefault="00C6295A">
      <w:pPr>
        <w:rPr>
          <w:lang w:val="ru-RU"/>
        </w:rPr>
      </w:pPr>
      <w:r w:rsidRPr="00EE0BED">
        <w:rPr>
          <w:lang w:val="ru-RU"/>
        </w:rPr>
        <w:br w:type="page"/>
      </w:r>
    </w:p>
    <w:p w:rsidR="000B04B6" w:rsidRPr="00EE0BED" w:rsidRDefault="00C6295A">
      <w:pPr>
        <w:pStyle w:val="T1"/>
        <w:rPr>
          <w:lang w:val="ru-RU"/>
        </w:rPr>
      </w:pPr>
      <w:r w:rsidRPr="00EE0BED">
        <w:rPr>
          <w:lang w:val="ru-RU"/>
        </w:rPr>
        <w:lastRenderedPageBreak/>
        <w:t>3. Оценка эффект</w:t>
      </w:r>
      <w:r w:rsidRPr="00EE0BED">
        <w:rPr>
          <w:lang w:val="ru-RU"/>
        </w:rPr>
        <w:t>ивности правового регулирования интернет-преступлений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Оценка эффективности правового регулирования интернет-преступлений является важным аспектом, который позволяет выявить слабые и сильные стороны существующих норм и механизмов. В условиях стремительного </w:t>
      </w:r>
      <w:r w:rsidRPr="00EE0BED">
        <w:rPr>
          <w:lang w:val="ru-RU"/>
        </w:rPr>
        <w:t>развития технологий и увеличения числа интернет-преступлений, правовая система сталкивается с новыми вызовами, которые требуют адекватного реагирования.Для оценки эффективности правового регулирования интернет-преступлений необходимо учитывать несколько кл</w:t>
      </w:r>
      <w:r w:rsidRPr="00EE0BED">
        <w:rPr>
          <w:lang w:val="ru-RU"/>
        </w:rPr>
        <w:t>ючевых факторов. Во-первых, важно анализировать существующие законодательные акты и их применение на практике. Это включает в себя изучение случаев, когда законы о киберпреступлениях были использованы для преследования правонарушителей, а также случаев, ко</w:t>
      </w:r>
      <w:r w:rsidRPr="00EE0BED">
        <w:rPr>
          <w:lang w:val="ru-RU"/>
        </w:rPr>
        <w:t>гда они оказались неэффективными.</w:t>
      </w:r>
    </w:p>
    <w:p w:rsidR="000B04B6" w:rsidRPr="00EE0BED" w:rsidRDefault="00C6295A">
      <w:pPr>
        <w:pStyle w:val="T2"/>
        <w:rPr>
          <w:lang w:val="ru-RU"/>
        </w:rPr>
      </w:pPr>
      <w:r w:rsidRPr="00EE0BED">
        <w:rPr>
          <w:lang w:val="ru-RU"/>
        </w:rPr>
        <w:t>3.1 Сравнение данных до и после внедрения новых норм.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Важным аспектом оценки эффективности правового регулирования интернет-преступлений является сравнение данных о преступности до и после внедрения новых норм. Это позволя</w:t>
      </w:r>
      <w:r w:rsidRPr="00EE0BED">
        <w:rPr>
          <w:lang w:val="ru-RU"/>
        </w:rPr>
        <w:t>ет выявить, насколько изменения в законодательстве оказали влияние на уровень преступности в сфере цифровых технологий. Анализ статистики до и после введения новых норм показывает, что в некоторых случаях наблюдается значительное снижение числа зарегистрир</w:t>
      </w:r>
      <w:r w:rsidRPr="00EE0BED">
        <w:rPr>
          <w:lang w:val="ru-RU"/>
        </w:rPr>
        <w:t>ованных преступлений, что может свидетельствовать о положительном эффекте новых законодательных инициатив. Например, согласно исследованию Григорьева, после принятия определённых норм, направленных на борьбу с киберпреступностью, в России зафиксировано сни</w:t>
      </w:r>
      <w:r w:rsidRPr="00EE0BED">
        <w:rPr>
          <w:lang w:val="ru-RU"/>
        </w:rPr>
        <w:t xml:space="preserve">жение числа инцидентов, связанных с финансовыми мошенничествами в интернете [13].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С другой стороны, исследование, проведенное Андерсоном, указывает на то, что в некоторых регионах, несмотря на внедрение новых норм, уровень интернет-преступлений остался на</w:t>
      </w:r>
      <w:r w:rsidRPr="00EE0BED">
        <w:rPr>
          <w:lang w:val="ru-RU"/>
        </w:rPr>
        <w:t xml:space="preserve"> прежнем уровне или даже увеличился. Это может быть связано с недостаточной осведомленностью граждан о новых законодательных инициативах или с тем, что преступники адаптируются к изменениям в законодательстве, находя новые способы обхода норм [14]. 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Таким </w:t>
      </w:r>
      <w:r w:rsidRPr="00EE0BED">
        <w:rPr>
          <w:lang w:val="ru-RU"/>
        </w:rPr>
        <w:t>образом, сравнение данных до и после внедрения новых норм является многогранным процессом, который требует учета различных факторов, таких как уровень информированности населения, эффективность правоохранительных органов и динамика развития технологий. Это</w:t>
      </w:r>
      <w:r w:rsidRPr="00EE0BED">
        <w:rPr>
          <w:lang w:val="ru-RU"/>
        </w:rPr>
        <w:t xml:space="preserve"> исследование подчеркивает необходимость комплексного подхода к оценке влияния правового регулирования на интернет-преступность, что может помочь </w:t>
      </w:r>
      <w:r w:rsidRPr="00EE0BED">
        <w:rPr>
          <w:lang w:val="ru-RU"/>
        </w:rPr>
        <w:lastRenderedPageBreak/>
        <w:t>в дальнейшем совершенствовании законодательства в этой области.Для более глубокого понимания влияния новых нор</w:t>
      </w:r>
      <w:r w:rsidRPr="00EE0BED">
        <w:rPr>
          <w:lang w:val="ru-RU"/>
        </w:rPr>
        <w:t>м на уровень интернет-преступлений важно также учитывать контекст, в котором происходят эти изменения. Например, экономические и социальные факторы могут значительно влиять на поведение как преступников, так и жертв. В условиях экономической нестабильности</w:t>
      </w:r>
      <w:r w:rsidRPr="00EE0BED">
        <w:rPr>
          <w:lang w:val="ru-RU"/>
        </w:rPr>
        <w:t xml:space="preserve"> или роста безработицы может наблюдаться увеличение числа преступлений, даже если законодательство становится более строгим.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Кроме того, необходимо обратить внимание на качество и доступность правоприменительных механизмов. Если правоохранительные органы </w:t>
      </w:r>
      <w:r w:rsidRPr="00EE0BED">
        <w:rPr>
          <w:lang w:val="ru-RU"/>
        </w:rPr>
        <w:t xml:space="preserve">не обладают достаточными ресурсами или навыками для эффективного применения новых норм, это может привести к тому, что даже при наличии строгих законов уровень преступности не снизится. Поэтому важно не только внедрять новые законодательные инициативы, но </w:t>
      </w:r>
      <w:r w:rsidRPr="00EE0BED">
        <w:rPr>
          <w:lang w:val="ru-RU"/>
        </w:rPr>
        <w:t>и обеспечивать их реализацию на практике.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Также следует учитывать, что интернет-преступления имеют международный характер. Это создает дополнительные сложности для правоприменения, так как преступники могут действовать из-за границы, используя анонимные се</w:t>
      </w:r>
      <w:r w:rsidRPr="00EE0BED">
        <w:rPr>
          <w:lang w:val="ru-RU"/>
        </w:rPr>
        <w:t>ти и технологии. Таким образом, для эффективной борьбы с интернет-преступностью необходимо международное сотрудничество и координация усилий различных стран.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 заключение, оценка эффективности правового регулирования интернет-преступлений требует комплексн</w:t>
      </w:r>
      <w:r w:rsidRPr="00EE0BED">
        <w:rPr>
          <w:lang w:val="ru-RU"/>
        </w:rPr>
        <w:t>ого анализа, включающего не только статистические данные, но и социальные, экономические и правоприменительные аспекты. Это позволит выработать более эффективные стратегии борьбы с киберпреступностью и защитить права граждан в цифровом пространстве.Для пол</w:t>
      </w:r>
      <w:r w:rsidRPr="00EE0BED">
        <w:rPr>
          <w:lang w:val="ru-RU"/>
        </w:rPr>
        <w:t>ноценной оценки изменений в статистике интернет-преступлений после внедрения новых норм необходимо учитывать не только количественные показатели, но и качественные изменения в правоприменительной практике. Исследования показывают, что даже при наличии стро</w:t>
      </w:r>
      <w:r w:rsidRPr="00EE0BED">
        <w:rPr>
          <w:lang w:val="ru-RU"/>
        </w:rPr>
        <w:t>гих законов, уровень преступности может оставаться высоким, если не обеспечивается адекватная поддержка со стороны государственных структур.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Важно также проводить регулярные мониторинги и анализировать данные о преступлениях в цифровом пространстве. Это по</w:t>
      </w:r>
      <w:r w:rsidRPr="00EE0BED">
        <w:rPr>
          <w:lang w:val="ru-RU"/>
        </w:rPr>
        <w:t>зволит выявить новые тенденции и адаптировать законодательство к быстро меняющимся условиям. Например, с ростом популярности определенных технологий, таких как криптовалюты или анонимные мессенджеры, могут возникать новые виды преступлений, требующие опера</w:t>
      </w:r>
      <w:r w:rsidRPr="00EE0BED">
        <w:rPr>
          <w:lang w:val="ru-RU"/>
        </w:rPr>
        <w:t>тивного реагирования со стороны законодателей.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Кроме того, необходимо развивать образовательные программы для пользователей, чтобы повысить их осведомленность о возможных рисках и методах защиты от интернет-преступлений. Привлечение общественности к </w:t>
      </w:r>
      <w:r w:rsidRPr="00EE0BED">
        <w:rPr>
          <w:lang w:val="ru-RU"/>
        </w:rPr>
        <w:lastRenderedPageBreak/>
        <w:t>вопрос</w:t>
      </w:r>
      <w:r w:rsidRPr="00EE0BED">
        <w:rPr>
          <w:lang w:val="ru-RU"/>
        </w:rPr>
        <w:t>ам кибербезопасности может значительно снизить количество жертв и повысить уровень доверия к правоохранительным органам.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Таким образом, для достижения реальных результатов в борьбе с интернет-преступностью требуется комплексный подход, который включает в с</w:t>
      </w:r>
      <w:r w:rsidRPr="00EE0BED">
        <w:rPr>
          <w:lang w:val="ru-RU"/>
        </w:rPr>
        <w:t>ебя не только законодательные изменения, но и активное сотрудничество между различными государственными и частными структурами, а также повышение уровня осведомленности населения.Важным аспектом является также оценка влияния новых норм на поведение преступ</w:t>
      </w:r>
      <w:r w:rsidRPr="00EE0BED">
        <w:rPr>
          <w:lang w:val="ru-RU"/>
        </w:rPr>
        <w:t>ников. Изменения в законодательстве могут привести к изменению стратегии действий как со стороны правонарушителей, так и со стороны правоохранительных органов. Например, более строгие меры наказания могут снизить мотивацию к совершению определенных видов п</w:t>
      </w:r>
      <w:r w:rsidRPr="00EE0BED">
        <w:rPr>
          <w:lang w:val="ru-RU"/>
        </w:rPr>
        <w:t>реступлений, однако могут также привести к тому, что преступники начнут использовать более сложные схемы и технологии для обхода закона.</w:t>
      </w:r>
    </w:p>
    <w:p w:rsidR="000B04B6" w:rsidRPr="00EE0BED" w:rsidRDefault="00C6295A">
      <w:pPr>
        <w:pStyle w:val="T2"/>
        <w:rPr>
          <w:lang w:val="ru-RU"/>
        </w:rPr>
      </w:pPr>
      <w:r w:rsidRPr="00EE0BED">
        <w:rPr>
          <w:lang w:val="ru-RU"/>
        </w:rPr>
        <w:t>3.2 Выявление влияния правовых норм на уровень киберпреступности.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Влияние правовых норм на уровень киберпреступности яв</w:t>
      </w:r>
      <w:r w:rsidRPr="00EE0BED">
        <w:rPr>
          <w:lang w:val="ru-RU"/>
        </w:rPr>
        <w:t>ляется ключевым аспектом, который требует глубокого анализа и оценки. Эффективность законодательства в данной области может существенно варьироваться в зависимости от ряда факторов, включая степень его применения, уровень осведомленности населения о правов</w:t>
      </w:r>
      <w:r w:rsidRPr="00EE0BED">
        <w:rPr>
          <w:lang w:val="ru-RU"/>
        </w:rPr>
        <w:t xml:space="preserve">ых последствиях и наличие адекватных механизмов правоприменения. Исследования показывают, что четкие и строгое законодательство может служить сдерживающим фактором для потенциальных преступников, что подтверждается эмпирическими данными, собранными в ходе </w:t>
      </w:r>
      <w:r w:rsidRPr="00EE0BED">
        <w:rPr>
          <w:lang w:val="ru-RU"/>
        </w:rPr>
        <w:t>анализа различных юрисдикций [16].Однако, несмотря на наличие строгих норм, уровень киберпреступности может оставаться высоким, если правоприменительные органы не располагают достаточными ресурсами или технологиями для эффективного расследования и преследо</w:t>
      </w:r>
      <w:r w:rsidRPr="00EE0BED">
        <w:rPr>
          <w:lang w:val="ru-RU"/>
        </w:rPr>
        <w:t>вания таких преступлений. Кроме того, важным аспектом является международное сотрудничество, поскольку киберпреступность часто имеет транснациональный характер. Без согласованных усилий на международном уровне, правовые меры могут оказаться неэффективными.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Также стоит отметить, что правовые нормы должны адаптироваться к быстро меняющемуся технологическому ландшафту. Введение новых технологий, таких как блокчейн и искусственный интеллект, требует пересмотра существующих законов и разработки новых подходов к </w:t>
      </w:r>
      <w:r w:rsidRPr="00EE0BED">
        <w:rPr>
          <w:lang w:val="ru-RU"/>
        </w:rPr>
        <w:t>регулированию. Важно, чтобы законодательство не отставало от технологических изменений, иначе оно рискует стать устаревшим и неэффективным.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lastRenderedPageBreak/>
        <w:t>В заключение, для оценки влияния правовых норм на уровень киберпреступности необходимо учитывать не только сами зако</w:t>
      </w:r>
      <w:r w:rsidRPr="00EE0BED">
        <w:rPr>
          <w:lang w:val="ru-RU"/>
        </w:rPr>
        <w:t>ны, но и их реализацию, а также взаимодействие с другими факторами, такими как общественное мнение, образовательные программы и международное сотрудничество. Только комплексный подход позволит достичь значительных результатов в борьбе с киберпреступностью.</w:t>
      </w:r>
      <w:r w:rsidRPr="00EE0BED">
        <w:rPr>
          <w:lang w:val="ru-RU"/>
        </w:rPr>
        <w:t>Важным элементом в оценке эффективности правового регулирования интернет-преступлений является анализ статистики по киберпреступлениям. Данные о количестве зарегистрированных случаев, а также о раскрываемости преступлений могут дать представление о реально</w:t>
      </w:r>
      <w:r w:rsidRPr="00EE0BED">
        <w:rPr>
          <w:lang w:val="ru-RU"/>
        </w:rPr>
        <w:t>м состоянии дел в этой области. Исследования показывают, что в странах с более строгими законами и активным правоприменением уровень киберпреступности может быть ниже, однако это не всегда является прямой зависимостью.</w:t>
      </w:r>
    </w:p>
    <w:p w:rsidR="000B04B6" w:rsidRPr="00EE0BED" w:rsidRDefault="00C6295A">
      <w:pPr>
        <w:pStyle w:val="T2"/>
        <w:rPr>
          <w:lang w:val="ru-RU"/>
        </w:rPr>
      </w:pPr>
      <w:r w:rsidRPr="00EE0BED">
        <w:rPr>
          <w:lang w:val="ru-RU"/>
        </w:rPr>
        <w:t>3.3 Рекомендации по улучшению правово</w:t>
      </w:r>
      <w:r w:rsidRPr="00EE0BED">
        <w:rPr>
          <w:lang w:val="ru-RU"/>
        </w:rPr>
        <w:t>го регулирования в сфере интернет-преступлений.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Эффективность правового регулирования в сфере интернет-преступлений требует тщательной оценки и постоянного совершенствования. В современных условиях, когда технологии развиваются с неимоверной скоростью, нео</w:t>
      </w:r>
      <w:r w:rsidRPr="00EE0BED">
        <w:rPr>
          <w:lang w:val="ru-RU"/>
        </w:rPr>
        <w:t>бходимо адаптировать законодательство к новым вызовам, которые ставит перед обществом киберпреступность. Одной из ключевых рекомендаций является внедрение более гибких и динамичных норм, которые позволят быстро реагировать на новые виды преступлений. Это м</w:t>
      </w:r>
      <w:r w:rsidRPr="00EE0BED">
        <w:rPr>
          <w:lang w:val="ru-RU"/>
        </w:rPr>
        <w:t>ожет включать в себя создание специализированных органов, которые будут заниматься исключительно расследованием интернет-преступлений, что позволит повысить уровень экспертизы и эффективности работы правоохранительных органов [17].Кроме того, важно наладит</w:t>
      </w:r>
      <w:r w:rsidRPr="00EE0BED">
        <w:rPr>
          <w:lang w:val="ru-RU"/>
        </w:rPr>
        <w:t xml:space="preserve">ь международное сотрудничество в области борьбы с киберпреступностью. Поскольку интернет не имеет границ, многие преступления совершаются через юрисдикции разных стран. Установление четких механизмов взаимодействия между государствами, обмен информацией и </w:t>
      </w:r>
      <w:r w:rsidRPr="00EE0BED">
        <w:rPr>
          <w:lang w:val="ru-RU"/>
        </w:rPr>
        <w:t>совместные операции могут значительно повысить эффективность правоприменения. Важно также развивать программы обучения и повышения квалификации для правоохранительных органов, чтобы они могли справляться с новыми угрозами и использовать современные техноло</w:t>
      </w:r>
      <w:r w:rsidRPr="00EE0BED">
        <w:rPr>
          <w:lang w:val="ru-RU"/>
        </w:rPr>
        <w:t>гии в своей работе.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Не менее важным аспектом является защита прав граждан и обеспечение их безопасности в сети. Для этого необходимо внедрить меры по повышению осведомленности населения о рисках, связанных с интернет-преступностью, а также разработать меха</w:t>
      </w:r>
      <w:r w:rsidRPr="00EE0BED">
        <w:rPr>
          <w:lang w:val="ru-RU"/>
        </w:rPr>
        <w:t xml:space="preserve">низмы защиты личных данных. Образовательные инициативы, направленные на информирование пользователей о безопасном </w:t>
      </w:r>
      <w:r w:rsidRPr="00EE0BED">
        <w:rPr>
          <w:lang w:val="ru-RU"/>
        </w:rPr>
        <w:lastRenderedPageBreak/>
        <w:t>поведении в интернете, могут существенно снизить уровень уязвимости граждан.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>Также следует рассмотреть возможность создания единой платформы д</w:t>
      </w:r>
      <w:r w:rsidRPr="00EE0BED">
        <w:rPr>
          <w:lang w:val="ru-RU"/>
        </w:rPr>
        <w:t>ля мониторинга и анализа интернет-преступлений. Это позволит собирать данные о различных инцидентах, выявлять тенденции и разрабатывать превентивные меры. Использование аналитических инструментов и искусственного интеллекта может помочь в выявлении и предо</w:t>
      </w:r>
      <w:r w:rsidRPr="00EE0BED">
        <w:rPr>
          <w:lang w:val="ru-RU"/>
        </w:rPr>
        <w:t>твращении преступлений на ранних стадиях.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В заключение, для достижения высокой эффективности правового регулирования в сфере интернет-преступлений необходимо комплексное и системное подход, включающее как законодательные изменения, так и практические меры </w:t>
      </w:r>
      <w:r w:rsidRPr="00EE0BED">
        <w:rPr>
          <w:lang w:val="ru-RU"/>
        </w:rPr>
        <w:t>по повышению квалификации правоохранительных органов и информированию населения.Для успешной реализации предложенных рекомендаций необходимо также обратить внимание на необходимость адаптации законодательства к быстро меняющимся условиям цифровой среды. Эт</w:t>
      </w:r>
      <w:r w:rsidRPr="00EE0BED">
        <w:rPr>
          <w:lang w:val="ru-RU"/>
        </w:rPr>
        <w:t>о включает в себя регулярный пересмотр и обновление норм, касающихся кибербезопасности и защиты данных, чтобы они соответствовали современным вызовам.</w:t>
      </w:r>
    </w:p>
    <w:p w:rsidR="000B04B6" w:rsidRPr="00EE0BED" w:rsidRDefault="00C6295A">
      <w:pPr>
        <w:rPr>
          <w:lang w:val="ru-RU"/>
        </w:rPr>
      </w:pPr>
      <w:r w:rsidRPr="00EE0BED">
        <w:rPr>
          <w:lang w:val="ru-RU"/>
        </w:rPr>
        <w:br w:type="page"/>
      </w:r>
    </w:p>
    <w:p w:rsidR="000B04B6" w:rsidRPr="00EE0BED" w:rsidRDefault="00C6295A">
      <w:pPr>
        <w:pStyle w:val="T1"/>
        <w:jc w:val="center"/>
        <w:rPr>
          <w:lang w:val="ru-RU"/>
        </w:rPr>
      </w:pPr>
      <w:r w:rsidRPr="00EE0BED">
        <w:rPr>
          <w:lang w:val="ru-RU"/>
        </w:rPr>
        <w:lastRenderedPageBreak/>
        <w:t>ЗАКЛЮЧЕНИЕ</w:t>
      </w:r>
    </w:p>
    <w:p w:rsidR="000B04B6" w:rsidRPr="00EE0BED" w:rsidRDefault="00C6295A">
      <w:pPr>
        <w:pStyle w:val="Normal2"/>
        <w:rPr>
          <w:lang w:val="ru-RU"/>
        </w:rPr>
      </w:pPr>
      <w:r w:rsidRPr="00EE0BED">
        <w:rPr>
          <w:lang w:val="ru-RU"/>
        </w:rPr>
        <w:t xml:space="preserve">В данной работе было проведено комплексное исследование правового регулирования </w:t>
      </w:r>
      <w:r w:rsidRPr="00EE0BED">
        <w:rPr>
          <w:lang w:val="ru-RU"/>
        </w:rPr>
        <w:t>интернет-преступлений с целью выявления основных элементов и анализа их эффективности в борьбе с киберпреступностью. В ходе работы были рассмотрены существующие законы и нормативные акты, а также международные соглашения, касающиеся данной области, что поз</w:t>
      </w:r>
      <w:r w:rsidRPr="00EE0BED">
        <w:rPr>
          <w:lang w:val="ru-RU"/>
        </w:rPr>
        <w:t>волило выявить ключевые проблемы и недостатки в их применении.В заключение, проведенное исследование правового регулирования интернет-преступлений дало возможность глубже понять текущие аспекты и вызовы, с которыми сталкивается законодательство в этой дина</w:t>
      </w:r>
      <w:r w:rsidRPr="00EE0BED">
        <w:rPr>
          <w:lang w:val="ru-RU"/>
        </w:rPr>
        <w:t>мично развивающейся сфере.</w:t>
      </w:r>
    </w:p>
    <w:p w:rsidR="000B04B6" w:rsidRPr="00EE0BED" w:rsidRDefault="00C6295A">
      <w:pPr>
        <w:rPr>
          <w:lang w:val="ru-RU"/>
        </w:rPr>
      </w:pPr>
      <w:r w:rsidRPr="00EE0BED">
        <w:rPr>
          <w:lang w:val="ru-RU"/>
        </w:rPr>
        <w:br w:type="page"/>
      </w:r>
    </w:p>
    <w:p w:rsidR="000B04B6" w:rsidRPr="00EE0BED" w:rsidRDefault="00C6295A">
      <w:pPr>
        <w:pStyle w:val="T1"/>
        <w:jc w:val="center"/>
        <w:rPr>
          <w:lang w:val="ru-RU"/>
        </w:rPr>
      </w:pPr>
      <w:r w:rsidRPr="00EE0BED">
        <w:rPr>
          <w:lang w:val="ru-RU"/>
        </w:rPr>
        <w:lastRenderedPageBreak/>
        <w:t>СПИСОК ЛИТЕРАТУРЫ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 w:rsidRPr="00EE0BED">
        <w:rPr>
          <w:lang w:val="ru-RU"/>
        </w:rPr>
        <w:t xml:space="preserve">1. Кузнецов А.В. Правовое регулирование интернет-преступлений в России: проблемы и перспективы [Электронный ресурс] // Юридическая наука : сведения, относящиеся к заглавию / А.В. Кузнецов. </w:t>
      </w:r>
      <w:r>
        <w:t>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jur</w:t>
      </w:r>
      <w:r w:rsidRPr="00EE0BED">
        <w:rPr>
          <w:lang w:val="ru-RU"/>
        </w:rPr>
        <w:t>-</w:t>
      </w:r>
      <w:r>
        <w:t>science</w:t>
      </w:r>
      <w:r w:rsidRPr="00EE0BED">
        <w:rPr>
          <w:lang w:val="ru-RU"/>
        </w:rPr>
        <w:t>.</w:t>
      </w:r>
      <w:r>
        <w:t>ru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/2023/</w:t>
      </w:r>
      <w:r>
        <w:t>kuznetsov</w:t>
      </w:r>
      <w:r w:rsidRPr="00EE0BED">
        <w:rPr>
          <w:lang w:val="ru-RU"/>
        </w:rPr>
        <w:t xml:space="preserve"> (дата обращения: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 w:rsidRPr="00EE0BED">
        <w:rPr>
          <w:lang w:val="ru-RU"/>
        </w:rPr>
        <w:t>2. Смирнова Е.А. Защита прав граждан в условиях цифровизации: законодательные инициативы и их реализация [Электронный ресурс] // Вестник правовой науки : сведения, относящиеся к заглавию / Е</w:t>
      </w:r>
      <w:r w:rsidRPr="00EE0BED">
        <w:rPr>
          <w:lang w:val="ru-RU"/>
        </w:rPr>
        <w:t xml:space="preserve">.А. Смирнова. </w:t>
      </w:r>
      <w:r>
        <w:t>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legal</w:t>
      </w:r>
      <w:r w:rsidRPr="00EE0BED">
        <w:rPr>
          <w:lang w:val="ru-RU"/>
        </w:rPr>
        <w:t>-</w:t>
      </w:r>
      <w:r>
        <w:t>science</w:t>
      </w:r>
      <w:r w:rsidRPr="00EE0BED">
        <w:rPr>
          <w:lang w:val="ru-RU"/>
        </w:rPr>
        <w:t>.</w:t>
      </w:r>
      <w:r>
        <w:t>ru</w:t>
      </w:r>
      <w:r w:rsidRPr="00EE0BED">
        <w:rPr>
          <w:lang w:val="ru-RU"/>
        </w:rPr>
        <w:t>/</w:t>
      </w:r>
      <w:r>
        <w:t>journal</w:t>
      </w:r>
      <w:r w:rsidRPr="00EE0BED">
        <w:rPr>
          <w:lang w:val="ru-RU"/>
        </w:rPr>
        <w:t>/2023/</w:t>
      </w:r>
      <w:r>
        <w:t>smirnova</w:t>
      </w:r>
      <w:r w:rsidRPr="00EE0BED">
        <w:rPr>
          <w:lang w:val="ru-RU"/>
        </w:rPr>
        <w:t xml:space="preserve"> (дата обращения: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 w:rsidRPr="00EE0BED">
        <w:rPr>
          <w:lang w:val="ru-RU"/>
        </w:rPr>
        <w:t>3. Иванов П.С. Международные соглашения в области кибербезопасности и их влияние на национальное законодательство [Электронный ресурс] // Право и цифровая э</w:t>
      </w:r>
      <w:r w:rsidRPr="00EE0BED">
        <w:rPr>
          <w:lang w:val="ru-RU"/>
        </w:rPr>
        <w:t xml:space="preserve">кономика : сведения, относящиеся к заглавию / П.С. Иванов. </w:t>
      </w:r>
      <w:r>
        <w:t>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digital</w:t>
      </w:r>
      <w:r w:rsidRPr="00EE0BED">
        <w:rPr>
          <w:lang w:val="ru-RU"/>
        </w:rPr>
        <w:t>-</w:t>
      </w:r>
      <w:r>
        <w:t>law</w:t>
      </w:r>
      <w:r w:rsidRPr="00EE0BED">
        <w:rPr>
          <w:lang w:val="ru-RU"/>
        </w:rPr>
        <w:t>.</w:t>
      </w:r>
      <w:r>
        <w:t>ru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/2023/</w:t>
      </w:r>
      <w:r>
        <w:t>ivanov</w:t>
      </w:r>
      <w:r w:rsidRPr="00EE0BED">
        <w:rPr>
          <w:lang w:val="ru-RU"/>
        </w:rPr>
        <w:t xml:space="preserve"> (дата обращения: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>
        <w:t>4. Johnson M. The impact of international treaties on national cybercrime laws: A comparative analysis [Электронны</w:t>
      </w:r>
      <w:r>
        <w:t>й ресурс] // Journal of Cyber Law : сведения, относящиеся к заглавию / M. Johnson. 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cyberlawjournal</w:t>
      </w:r>
      <w:r w:rsidRPr="00EE0BED">
        <w:rPr>
          <w:lang w:val="ru-RU"/>
        </w:rPr>
        <w:t>.</w:t>
      </w:r>
      <w:r>
        <w:t>org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/2023/</w:t>
      </w:r>
      <w:r>
        <w:t>johnson</w:t>
      </w:r>
      <w:r w:rsidRPr="00EE0BED">
        <w:rPr>
          <w:lang w:val="ru-RU"/>
        </w:rPr>
        <w:t xml:space="preserve"> (дата обращения: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 w:rsidRPr="00EE0BED">
        <w:rPr>
          <w:lang w:val="ru-RU"/>
        </w:rPr>
        <w:t>5. Петрова Н.В. Проблемы правоприменения в сфере интернет-преступлений: анализ и рек</w:t>
      </w:r>
      <w:r w:rsidRPr="00EE0BED">
        <w:rPr>
          <w:lang w:val="ru-RU"/>
        </w:rPr>
        <w:t xml:space="preserve">омендации [Электронный ресурс] // Современное право : сведения, относящиеся к заглавию / Н.В. Петрова. </w:t>
      </w:r>
      <w:r>
        <w:t>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modernlaw</w:t>
      </w:r>
      <w:r w:rsidRPr="00EE0BED">
        <w:rPr>
          <w:lang w:val="ru-RU"/>
        </w:rPr>
        <w:t>.</w:t>
      </w:r>
      <w:r>
        <w:t>ru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/2023/</w:t>
      </w:r>
      <w:r>
        <w:t>petrova</w:t>
      </w:r>
      <w:r w:rsidRPr="00EE0BED">
        <w:rPr>
          <w:lang w:val="ru-RU"/>
        </w:rPr>
        <w:t xml:space="preserve"> (дата обращения: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 w:rsidRPr="00EE0BED">
        <w:rPr>
          <w:lang w:val="ru-RU"/>
        </w:rPr>
        <w:t>6. Сидоров А.А. Нормативно-правовые аспекты борьбы с киберпреступностью</w:t>
      </w:r>
      <w:r w:rsidRPr="00EE0BED">
        <w:rPr>
          <w:lang w:val="ru-RU"/>
        </w:rPr>
        <w:t xml:space="preserve">: существующие проблемы и пути их решения [Электронный ресурс] // Научный вестник : сведения, относящиеся к заглавию / А.А. Сидоров. </w:t>
      </w:r>
      <w:r>
        <w:t>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sciencenews</w:t>
      </w:r>
      <w:r w:rsidRPr="00EE0BED">
        <w:rPr>
          <w:lang w:val="ru-RU"/>
        </w:rPr>
        <w:t>.</w:t>
      </w:r>
      <w:r>
        <w:t>ru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/2023/</w:t>
      </w:r>
      <w:r>
        <w:t>sidorov</w:t>
      </w:r>
      <w:r w:rsidRPr="00EE0BED">
        <w:rPr>
          <w:lang w:val="ru-RU"/>
        </w:rPr>
        <w:t xml:space="preserve"> (дата обращения: 25.10.2025).</w:t>
      </w:r>
    </w:p>
    <w:p w:rsidR="000B04B6" w:rsidRDefault="00C6295A">
      <w:pPr>
        <w:pStyle w:val="Normal2"/>
        <w:spacing w:after="120"/>
        <w:ind w:left="709" w:firstLine="0"/>
      </w:pPr>
      <w:r w:rsidRPr="00EE0BED">
        <w:rPr>
          <w:lang w:val="ru-RU"/>
        </w:rPr>
        <w:t>7. Васильев И.Г. Сравнительный анализ з</w:t>
      </w:r>
      <w:r w:rsidRPr="00EE0BED">
        <w:rPr>
          <w:lang w:val="ru-RU"/>
        </w:rPr>
        <w:t xml:space="preserve">аконодательства о киберпреступлениях в России и зарубежных странах [Электронный ресурс] // Право и общество : сведения, относящиеся к заглавию / И.Г. Васильев. </w:t>
      </w:r>
      <w:r>
        <w:t>URL: https://www.lawandsociety.ru/articles/2023/vasiliev (дата обращения: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>
        <w:lastRenderedPageBreak/>
        <w:t xml:space="preserve">8. Brown </w:t>
      </w:r>
      <w:r>
        <w:t>T. Cybercrime legislation in the European Union: A comparative perspective [Электронный ресурс] // European Journal of Law and Technology : сведения, относящиеся к заглавию / T. Brown. 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ejlt</w:t>
      </w:r>
      <w:r w:rsidRPr="00EE0BED">
        <w:rPr>
          <w:lang w:val="ru-RU"/>
        </w:rPr>
        <w:t>.</w:t>
      </w:r>
      <w:r>
        <w:t>org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/2023/</w:t>
      </w:r>
      <w:r>
        <w:t>brown</w:t>
      </w:r>
      <w:r w:rsidRPr="00EE0BED">
        <w:rPr>
          <w:lang w:val="ru-RU"/>
        </w:rPr>
        <w:t xml:space="preserve"> (дата обращения: 25.10.20</w:t>
      </w:r>
      <w:r w:rsidRPr="00EE0BED">
        <w:rPr>
          <w:lang w:val="ru-RU"/>
        </w:rPr>
        <w:t>25).</w:t>
      </w:r>
    </w:p>
    <w:p w:rsidR="000B04B6" w:rsidRDefault="00C6295A">
      <w:pPr>
        <w:pStyle w:val="Normal2"/>
        <w:spacing w:after="120"/>
        <w:ind w:left="709" w:firstLine="0"/>
      </w:pPr>
      <w:r w:rsidRPr="00EE0BED">
        <w:rPr>
          <w:lang w:val="ru-RU"/>
        </w:rPr>
        <w:t xml:space="preserve">9. Федоров В.Н. Правоприменение в сфере интернет-преступлений: современные вызовы и подходы [Электронный ресурс] // Юридический журнал : сведения, относящиеся к заглавию / В.Н. Федоров. </w:t>
      </w:r>
      <w:r>
        <w:t>URL: https://www.legaljournal.ru/articles/2023/fedorov (дата обра</w:t>
      </w:r>
      <w:r>
        <w:t>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>
        <w:t>10. Smith J. The role of law enforcement in combating cybercrime: Challenges and opportunities [Электронный ресурс] // International Journal of Cybersecurity Law : сведения, относящиеся к заглавию / J. Smith. 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ijcl</w:t>
      </w:r>
      <w:r w:rsidRPr="00EE0BED">
        <w:rPr>
          <w:lang w:val="ru-RU"/>
        </w:rPr>
        <w:t>.</w:t>
      </w:r>
      <w:r>
        <w:t>org</w:t>
      </w:r>
      <w:r w:rsidRPr="00EE0BED">
        <w:rPr>
          <w:lang w:val="ru-RU"/>
        </w:rPr>
        <w:t>/</w:t>
      </w:r>
      <w:r>
        <w:t>a</w:t>
      </w:r>
      <w:r>
        <w:t>rticles</w:t>
      </w:r>
      <w:r w:rsidRPr="00EE0BED">
        <w:rPr>
          <w:lang w:val="ru-RU"/>
        </w:rPr>
        <w:t>/2023/</w:t>
      </w:r>
      <w:r>
        <w:t>smith</w:t>
      </w:r>
      <w:r w:rsidRPr="00EE0BED">
        <w:rPr>
          <w:lang w:val="ru-RU"/>
        </w:rPr>
        <w:t xml:space="preserve"> (дата обращения: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 w:rsidRPr="00EE0BED">
        <w:rPr>
          <w:lang w:val="ru-RU"/>
        </w:rPr>
        <w:t xml:space="preserve">11. Ковалев А.Н. Практические аспекты реализации законодательства о киберпреступлениях в России [Электронный ресурс] // Научный вестник юриспруденции : сведения, относящиеся к заглавию / А.Н. Ковалев. </w:t>
      </w:r>
      <w:r>
        <w:t>URL</w:t>
      </w:r>
      <w:r w:rsidRPr="00EE0BED">
        <w:rPr>
          <w:lang w:val="ru-RU"/>
        </w:rPr>
        <w:t xml:space="preserve">: </w:t>
      </w:r>
      <w:r>
        <w:t>h</w:t>
      </w:r>
      <w:r>
        <w:t>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legal</w:t>
      </w:r>
      <w:r w:rsidRPr="00EE0BED">
        <w:rPr>
          <w:lang w:val="ru-RU"/>
        </w:rPr>
        <w:t>-</w:t>
      </w:r>
      <w:r>
        <w:t>science</w:t>
      </w:r>
      <w:r w:rsidRPr="00EE0BED">
        <w:rPr>
          <w:lang w:val="ru-RU"/>
        </w:rPr>
        <w:t>.</w:t>
      </w:r>
      <w:r>
        <w:t>ru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/2023/</w:t>
      </w:r>
      <w:r>
        <w:t>kovalev</w:t>
      </w:r>
      <w:r w:rsidRPr="00EE0BED">
        <w:rPr>
          <w:lang w:val="ru-RU"/>
        </w:rPr>
        <w:t xml:space="preserve"> (дата обращения: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>
        <w:t>12. Miller R. Cybercrime and the law: A practical guide for law enforcement and legal practitioners [Электронный ресурс] // Journal of Cyber Law and Policy : сведения, относящи</w:t>
      </w:r>
      <w:r>
        <w:t>еся к заглавию / R. Miller. 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cyberlawpolicyjournal</w:t>
      </w:r>
      <w:r w:rsidRPr="00EE0BED">
        <w:rPr>
          <w:lang w:val="ru-RU"/>
        </w:rPr>
        <w:t>.</w:t>
      </w:r>
      <w:r>
        <w:t>org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/2023/</w:t>
      </w:r>
      <w:r>
        <w:t>miller</w:t>
      </w:r>
      <w:r w:rsidRPr="00EE0BED">
        <w:rPr>
          <w:lang w:val="ru-RU"/>
        </w:rPr>
        <w:t xml:space="preserve"> (дата обращения: 25.10.2025).</w:t>
      </w:r>
    </w:p>
    <w:p w:rsidR="000B04B6" w:rsidRDefault="00C6295A">
      <w:pPr>
        <w:pStyle w:val="Normal2"/>
        <w:spacing w:after="120"/>
        <w:ind w:left="709" w:firstLine="0"/>
      </w:pPr>
      <w:r w:rsidRPr="00EE0BED">
        <w:rPr>
          <w:lang w:val="ru-RU"/>
        </w:rPr>
        <w:t>13. Григорьев А.В. Влияние новых законодательных норм на статистику интернет-преступлений в России [Электронный ресурс] // Право и циф</w:t>
      </w:r>
      <w:r w:rsidRPr="00EE0BED">
        <w:rPr>
          <w:lang w:val="ru-RU"/>
        </w:rPr>
        <w:t xml:space="preserve">ровая трансформация : сведения, относящиеся к заглавию / А.В. Григорьев. </w:t>
      </w:r>
      <w:r>
        <w:t>URL: https://www.digitaltransformationlaw.ru/articles/2023/grigoryev (дата обращения: 25.10.2025).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>
        <w:t>14. Anderson R. Assessing the impact of legislative changes on cybercrime rates: A l</w:t>
      </w:r>
      <w:r>
        <w:t>ongitudinal study [Электронный ресурс] // Journal of Cybersecurity Research : сведения, относящиеся к заглавию / R. Anderson. 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cybersecurityjournal</w:t>
      </w:r>
      <w:r w:rsidRPr="00EE0BED">
        <w:rPr>
          <w:lang w:val="ru-RU"/>
        </w:rPr>
        <w:t>.</w:t>
      </w:r>
      <w:r>
        <w:t>org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/2023/</w:t>
      </w:r>
      <w:r>
        <w:t>anderson</w:t>
      </w:r>
      <w:r w:rsidRPr="00EE0BED">
        <w:rPr>
          <w:lang w:val="ru-RU"/>
        </w:rPr>
        <w:t xml:space="preserve"> (дата обращения: 25.10.2025).</w:t>
      </w:r>
    </w:p>
    <w:p w:rsidR="000B04B6" w:rsidRDefault="00C6295A">
      <w:pPr>
        <w:pStyle w:val="Normal2"/>
        <w:spacing w:after="120"/>
        <w:ind w:left="709" w:firstLine="0"/>
      </w:pPr>
      <w:r w:rsidRPr="00EE0BED">
        <w:rPr>
          <w:lang w:val="ru-RU"/>
        </w:rPr>
        <w:t xml:space="preserve">15. Соловьев Д.С. Правовые аспекты </w:t>
      </w:r>
      <w:r w:rsidRPr="00EE0BED">
        <w:rPr>
          <w:lang w:val="ru-RU"/>
        </w:rPr>
        <w:t xml:space="preserve">киберпреступности: влияние законодательства на уровень преступности в интернете [Электронный ресурс] // Юридическая практика : сведения, относящиеся к заглавию / Д.С. Соловьев. </w:t>
      </w:r>
      <w:r>
        <w:t>URL: https://www.legalpractice.ru/articles/2023/solovyev (дата обращения: 25.10</w:t>
      </w:r>
      <w:r>
        <w:t>.2025).</w:t>
      </w:r>
    </w:p>
    <w:p w:rsidR="000B04B6" w:rsidRPr="00EE0BED" w:rsidRDefault="00C6295A">
      <w:pPr>
        <w:pStyle w:val="Normal2"/>
        <w:spacing w:after="120"/>
        <w:ind w:left="709" w:firstLine="0"/>
        <w:rPr>
          <w:lang w:val="ru-RU"/>
        </w:rPr>
      </w:pPr>
      <w:r>
        <w:lastRenderedPageBreak/>
        <w:t>16. Thompson L. The effectiveness of cybercrime laws in reducing online criminal activities: An empirical study [Электронный ресурс] // Cyber Law Review : сведения, относящиеся к заглавию / L. Thompson. URL</w:t>
      </w:r>
      <w:r w:rsidRPr="00EE0BED">
        <w:rPr>
          <w:lang w:val="ru-RU"/>
        </w:rPr>
        <w:t xml:space="preserve">: </w:t>
      </w:r>
      <w:r>
        <w:t>https</w:t>
      </w:r>
      <w:r w:rsidRPr="00EE0BED">
        <w:rPr>
          <w:lang w:val="ru-RU"/>
        </w:rPr>
        <w:t>://</w:t>
      </w:r>
      <w:r>
        <w:t>www</w:t>
      </w:r>
      <w:r w:rsidRPr="00EE0BED">
        <w:rPr>
          <w:lang w:val="ru-RU"/>
        </w:rPr>
        <w:t>.</w:t>
      </w:r>
      <w:r>
        <w:t>cyberlawreview</w:t>
      </w:r>
      <w:r w:rsidRPr="00EE0BED">
        <w:rPr>
          <w:lang w:val="ru-RU"/>
        </w:rPr>
        <w:t>.</w:t>
      </w:r>
      <w:r>
        <w:t>org</w:t>
      </w:r>
      <w:r w:rsidRPr="00EE0BED">
        <w:rPr>
          <w:lang w:val="ru-RU"/>
        </w:rPr>
        <w:t>/</w:t>
      </w:r>
      <w:r>
        <w:t>articles</w:t>
      </w:r>
      <w:r w:rsidRPr="00EE0BED">
        <w:rPr>
          <w:lang w:val="ru-RU"/>
        </w:rPr>
        <w:t>/</w:t>
      </w:r>
      <w:r w:rsidRPr="00EE0BED">
        <w:rPr>
          <w:lang w:val="ru-RU"/>
        </w:rPr>
        <w:t>2023/</w:t>
      </w:r>
      <w:r>
        <w:t>thompson</w:t>
      </w:r>
      <w:r w:rsidRPr="00EE0BED">
        <w:rPr>
          <w:lang w:val="ru-RU"/>
        </w:rPr>
        <w:t xml:space="preserve"> (дата обращения: 25.10.2025).</w:t>
      </w:r>
    </w:p>
    <w:p w:rsidR="000B04B6" w:rsidRDefault="00C6295A">
      <w:pPr>
        <w:pStyle w:val="Normal2"/>
        <w:spacing w:after="120"/>
        <w:ind w:left="709" w:firstLine="0"/>
      </w:pPr>
      <w:r w:rsidRPr="00EE0BED">
        <w:rPr>
          <w:lang w:val="ru-RU"/>
        </w:rPr>
        <w:t xml:space="preserve">17. Кузьмин С.В. Проблемы и перспективы правового регулирования интернет-преступлений в России [Электронный ресурс] // Российский юридический журнал : сведения, относящиеся к заглавию / С.В. Кузьмин. </w:t>
      </w:r>
      <w:r>
        <w:t>URL: https:/</w:t>
      </w:r>
      <w:r>
        <w:t>/www.ruslawjournal.ru/articles/2023/kuzmin (дата обращения: 25.10.2025).</w:t>
      </w:r>
    </w:p>
    <w:p w:rsidR="000B04B6" w:rsidRDefault="00C6295A">
      <w:pPr>
        <w:pStyle w:val="Normal2"/>
        <w:spacing w:after="120"/>
        <w:ind w:left="709" w:firstLine="0"/>
      </w:pPr>
      <w:r>
        <w:t>18. Williams A. Cybercrime legislation and its effectiveness: Lessons from global practices [Электронный ресурс] // International Journal of Cyber Law : сведения, относящиеся к заглав</w:t>
      </w:r>
      <w:r>
        <w:t>ию / A. Williams. URL: https://www.ijcl.org/articles/2023/williams (дата обращения: 25.10.2025).</w:t>
      </w:r>
    </w:p>
    <w:sectPr w:rsidR="000B04B6" w:rsidSect="00034616">
      <w:footerReference w:type="default" r:id="rId8"/>
      <w:footerReference w:type="first" r:id="rId9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95A" w:rsidRDefault="00C6295A" w:rsidP="000B04B6">
      <w:pPr>
        <w:spacing w:after="0" w:line="240" w:lineRule="auto"/>
      </w:pPr>
      <w:r>
        <w:separator/>
      </w:r>
    </w:p>
  </w:endnote>
  <w:endnote w:type="continuationSeparator" w:id="1">
    <w:p w:rsidR="00C6295A" w:rsidRDefault="00C6295A" w:rsidP="000B0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B6" w:rsidRDefault="000B04B6">
    <w:pPr>
      <w:pStyle w:val="a7"/>
      <w:jc w:val="center"/>
    </w:pPr>
    <w:r>
      <w:fldChar w:fldCharType="begin"/>
    </w:r>
    <w:r w:rsidR="00C6295A">
      <w:instrText>PAGE</w:instrText>
    </w:r>
    <w:r w:rsidR="00EE0BED">
      <w:fldChar w:fldCharType="separate"/>
    </w:r>
    <w:r w:rsidR="00EE0BED">
      <w:rPr>
        <w:noProof/>
      </w:rPr>
      <w:t>8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4B6" w:rsidRPr="00EE0BED" w:rsidRDefault="00EE0BED" w:rsidP="00EE0BED">
    <w:pPr>
      <w:pStyle w:val="CONTENT"/>
      <w:rPr>
        <w:lang w:val="ru-RU"/>
      </w:rPr>
    </w:pPr>
    <w:r>
      <w:rPr>
        <w:lang w:val="ru-RU"/>
      </w:rPr>
      <w:t>Элиста,2026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95A" w:rsidRDefault="00C6295A" w:rsidP="000B04B6">
      <w:pPr>
        <w:spacing w:after="0" w:line="240" w:lineRule="auto"/>
      </w:pPr>
      <w:r>
        <w:separator/>
      </w:r>
    </w:p>
  </w:footnote>
  <w:footnote w:type="continuationSeparator" w:id="1">
    <w:p w:rsidR="00C6295A" w:rsidRDefault="00C6295A" w:rsidP="000B0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B04B6"/>
    <w:rsid w:val="0015074B"/>
    <w:rsid w:val="0029639D"/>
    <w:rsid w:val="00326F90"/>
    <w:rsid w:val="00AA1D8D"/>
    <w:rsid w:val="00B47730"/>
    <w:rsid w:val="00C6295A"/>
    <w:rsid w:val="00CB0664"/>
    <w:rsid w:val="00EE0BED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a1"/>
    <w:rsid w:val="000B04B6"/>
    <w:pPr>
      <w:spacing w:after="0" w:line="240" w:lineRule="auto"/>
    </w:pPr>
    <w:rPr>
      <w:sz w:val="28"/>
    </w:rPr>
  </w:style>
  <w:style w:type="paragraph" w:customStyle="1" w:styleId="CONTENT">
    <w:name w:val="CONTENT"/>
    <w:rsid w:val="000B04B6"/>
    <w:pPr>
      <w:spacing w:line="360" w:lineRule="auto"/>
      <w:ind w:firstLine="709"/>
      <w:jc w:val="center"/>
    </w:pPr>
    <w:rPr>
      <w:rFonts w:ascii="Times New Roman" w:hAnsi="Times New Roman"/>
      <w:b/>
      <w:color w:val="000000"/>
      <w:sz w:val="28"/>
    </w:rPr>
  </w:style>
  <w:style w:type="paragraph" w:customStyle="1" w:styleId="T1">
    <w:name w:val="T1"/>
    <w:basedOn w:val="1"/>
    <w:rsid w:val="000B04B6"/>
    <w:pPr>
      <w:spacing w:before="0" w:after="240"/>
    </w:pPr>
    <w:rPr>
      <w:rFonts w:ascii="Times New Roman" w:hAnsi="Times New Roman"/>
      <w:color w:val="000000"/>
    </w:rPr>
  </w:style>
  <w:style w:type="paragraph" w:customStyle="1" w:styleId="T2">
    <w:name w:val="T2"/>
    <w:basedOn w:val="21"/>
    <w:rsid w:val="000B04B6"/>
    <w:pPr>
      <w:spacing w:before="360" w:after="240"/>
    </w:pPr>
    <w:rPr>
      <w:rFonts w:ascii="Times New Roman" w:hAnsi="Times New Roman"/>
      <w:b w:val="0"/>
      <w:color w:val="000000"/>
      <w:sz w:val="28"/>
    </w:rPr>
  </w:style>
  <w:style w:type="paragraph" w:customStyle="1" w:styleId="T3">
    <w:name w:val="T3"/>
    <w:basedOn w:val="31"/>
    <w:rsid w:val="000B04B6"/>
    <w:pPr>
      <w:spacing w:before="480" w:after="240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6578</Words>
  <Characters>37497</Characters>
  <Application>Microsoft Office Word</Application>
  <DocSecurity>0</DocSecurity>
  <Lines>312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43988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 Windows</cp:lastModifiedBy>
  <cp:revision>2</cp:revision>
  <dcterms:created xsi:type="dcterms:W3CDTF">2013-12-23T23:15:00Z</dcterms:created>
  <dcterms:modified xsi:type="dcterms:W3CDTF">2026-02-20T12:37:00Z</dcterms:modified>
  <cp:category/>
</cp:coreProperties>
</file>